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ХОДИМНИНГ ҲИСОБ-КИТОБ ВАРАҚАСИ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РАСЧЁТНЫЙ ЛИСТОК РАБОТНИКА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Ходим Ф.И.Ш. ва табель № / Работник и табельный №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Бўлинма/лавозим / Подразделение/должность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ойи / Расчётный месяц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Маош/ставка / Оклад/ставка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Ҳисобланди / Начислено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554"/>
        <w:gridCol w:w="3673"/>
        <w:gridCol w:w="2921"/>
      </w:tblGrid>
      <w:tr>
        <w:trPr>
          <w:tblHeader w:val="true"/>
        </w:trPr>
        <w:tc>
          <w:tcPr>
            <w:tcW w:type="dxa" w:w="355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Ҳисоблаш тури / Вид начисления</w:t>
            </w:r>
          </w:p>
        </w:tc>
        <w:tc>
          <w:tcPr>
            <w:tcW w:type="dxa" w:w="367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Давр/кун/соат / Период/дни/часы</w:t>
            </w:r>
          </w:p>
        </w:tc>
        <w:tc>
          <w:tcPr>
            <w:tcW w:type="dxa" w:w="29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Сумма</w:t>
            </w:r>
          </w:p>
        </w:tc>
      </w:tr>
      <w:tr>
        <w:trPr>
          <w:cantSplit/>
        </w:trPr>
        <w:tc>
          <w:tcPr>
            <w:tcW w:type="dxa" w:w="35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35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35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35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35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35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Ушланди / Удержано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438"/>
        <w:gridCol w:w="3683"/>
        <w:gridCol w:w="3027"/>
      </w:tblGrid>
      <w:tr>
        <w:trPr>
          <w:tblHeader w:val="true"/>
        </w:trPr>
        <w:tc>
          <w:tcPr>
            <w:tcW w:type="dxa" w:w="343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Ушланма тури / Вид удержания</w:t>
            </w:r>
          </w:p>
        </w:tc>
        <w:tc>
          <w:tcPr>
            <w:tcW w:type="dxa" w:w="36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Асос/ставка / Основание/ставка</w:t>
            </w:r>
          </w:p>
        </w:tc>
        <w:tc>
          <w:tcPr>
            <w:tcW w:type="dxa" w:w="302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Сумма</w:t>
            </w:r>
          </w:p>
        </w:tc>
      </w:tr>
      <w:tr>
        <w:trPr>
          <w:cantSplit/>
        </w:trPr>
        <w:tc>
          <w:tcPr>
            <w:tcW w:type="dxa" w:w="34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34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34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34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34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6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ҳисобланди / Всего начислено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ушланди / Всего удержано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Аввалги қарз/бўнак / Долг/аванс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Тўловга / К выплате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санаси ва усули / Дата и способ выплаты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Ходим танишди (ички тартибда) / Работник ознакомлен (если предусмотрено)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055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Ходимнинг ҳисоб-китоб варақаси / Расчётный листок работника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