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ҲИСОБЛАНГАН ВА УШЛАНГАН СУММАЛАР РЕЕСТРИ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РЕЕСТР НАЧИСЛЕНИЙ И УДЕРЖАНИЙ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ойи / Расчётный месяц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Бўлинма / Подразделение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Ҳисоблаш ва ушланмалар / Начисления и удержания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96"/>
        <w:gridCol w:w="3567"/>
        <w:gridCol w:w="1960"/>
        <w:gridCol w:w="1858"/>
        <w:gridCol w:w="1810"/>
        <w:gridCol w:w="1858"/>
        <w:gridCol w:w="1734"/>
        <w:gridCol w:w="1497"/>
      </w:tblGrid>
      <w:tr>
        <w:trPr>
          <w:tblHeader w:val="true"/>
        </w:trPr>
        <w:tc>
          <w:tcPr>
            <w:tcW w:type="dxa" w:w="79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356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Табель №/Ф.И.Ш.</w:t>
            </w:r>
          </w:p>
        </w:tc>
        <w:tc>
          <w:tcPr>
            <w:tcW w:type="dxa" w:w="196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Ҳисоблаш тури / Начисление</w:t>
            </w:r>
          </w:p>
        </w:tc>
        <w:tc>
          <w:tcPr>
            <w:tcW w:type="dxa" w:w="185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Ҳисоблаш суммаси / Сумма</w:t>
            </w:r>
          </w:p>
        </w:tc>
        <w:tc>
          <w:tcPr>
            <w:tcW w:type="dxa" w:w="181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Ушланма тури / Удержание</w:t>
            </w:r>
          </w:p>
        </w:tc>
        <w:tc>
          <w:tcPr>
            <w:tcW w:type="dxa" w:w="185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Ушланма суммаси / Сумма</w:t>
            </w:r>
          </w:p>
        </w:tc>
        <w:tc>
          <w:tcPr>
            <w:tcW w:type="dxa" w:w="173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Асос ҳужжат / Основание</w:t>
            </w:r>
          </w:p>
        </w:tc>
        <w:tc>
          <w:tcPr>
            <w:tcW w:type="dxa" w:w="149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Тўловга / К выплате</w:t>
            </w:r>
          </w:p>
        </w:tc>
      </w:tr>
      <w:tr>
        <w:trPr>
          <w:cantSplit/>
        </w:trPr>
        <w:tc>
          <w:tcPr>
            <w:tcW w:type="dxa" w:w="79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3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9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3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9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3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9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3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9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3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9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3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9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3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9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3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9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3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9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3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9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11</w:t>
            </w:r>
          </w:p>
        </w:tc>
        <w:tc>
          <w:tcPr>
            <w:tcW w:type="dxa" w:w="3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9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12</w:t>
            </w:r>
          </w:p>
        </w:tc>
        <w:tc>
          <w:tcPr>
            <w:tcW w:type="dxa" w:w="3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9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13</w:t>
            </w:r>
          </w:p>
        </w:tc>
        <w:tc>
          <w:tcPr>
            <w:tcW w:type="dxa" w:w="3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9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14</w:t>
            </w:r>
          </w:p>
        </w:tc>
        <w:tc>
          <w:tcPr>
            <w:tcW w:type="dxa" w:w="3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Турлар бўйича якун / Итоги по видам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815"/>
        <w:gridCol w:w="3128"/>
        <w:gridCol w:w="2815"/>
        <w:gridCol w:w="3504"/>
        <w:gridCol w:w="2818"/>
      </w:tblGrid>
      <w:tr>
        <w:trPr>
          <w:tblHeader w:val="true"/>
        </w:trPr>
        <w:tc>
          <w:tcPr>
            <w:tcW w:type="dxa" w:w="281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Код/тур / Код/вид</w:t>
            </w:r>
          </w:p>
        </w:tc>
        <w:tc>
          <w:tcPr>
            <w:tcW w:type="dxa" w:w="312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Ҳисобланди / Начислено</w:t>
            </w:r>
          </w:p>
        </w:tc>
        <w:tc>
          <w:tcPr>
            <w:tcW w:type="dxa" w:w="281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Ушланди / Удержано</w:t>
            </w:r>
          </w:p>
        </w:tc>
        <w:tc>
          <w:tcPr>
            <w:tcW w:type="dxa" w:w="350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Ходимлар сони / Кол-во работников</w:t>
            </w:r>
          </w:p>
        </w:tc>
        <w:tc>
          <w:tcPr>
            <w:tcW w:type="dxa" w:w="281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Изоҳ / Примечание</w:t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1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5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1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5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1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5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1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5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1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5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2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1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5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Ҳисоблади / Рассчитал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Текширди / Проверил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Бош бухгалтер / Главный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056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Ҳисобланган ва ушланган суммалар реестри / Реестр начислений и удержаний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