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ХИЗМАТ САФАРИ ТОПШИРИҒИ ВА ҲИСОБОТИ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СЛУЖЕБНОЕ ЗАДАНИЕ И ОТЧЁТ О КОМАНДИРОВКЕ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Ходим Ф.И.Ш. / Работник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Сафар буйруғи № ва сана / Приказ о командировке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Йўналиш ва давр / Маршрут и период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ташкилот / Принимающая организация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Хизмат топшириғи / Служебное задание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1"/>
        <w:gridCol w:w="1840"/>
        <w:gridCol w:w="3440"/>
        <w:gridCol w:w="1840"/>
        <w:gridCol w:w="2047"/>
      </w:tblGrid>
      <w:tr>
        <w:trPr>
          <w:tblHeader w:val="true"/>
        </w:trPr>
        <w:tc>
          <w:tcPr>
            <w:tcW w:type="dxa" w:w="98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8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Вазифа / Задача</w:t>
            </w:r>
          </w:p>
        </w:tc>
        <w:tc>
          <w:tcPr>
            <w:tcW w:type="dxa" w:w="34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Кутилган натижа / Ожидаемый результат</w:t>
            </w:r>
          </w:p>
        </w:tc>
        <w:tc>
          <w:tcPr>
            <w:tcW w:type="dxa" w:w="18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Муддат / Срок</w:t>
            </w:r>
          </w:p>
        </w:tc>
        <w:tc>
          <w:tcPr>
            <w:tcW w:type="dxa" w:w="20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Устуворлик / Приоритет</w:t>
            </w:r>
          </w:p>
        </w:tc>
      </w:tr>
      <w:tr>
        <w:trPr>
          <w:cantSplit/>
        </w:trPr>
        <w:tc>
          <w:tcPr>
            <w:tcW w:type="dxa" w:w="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Бажарилиш ҳисоботи / Отчёт о выполнении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6"/>
        <w:gridCol w:w="2370"/>
        <w:gridCol w:w="2370"/>
        <w:gridCol w:w="2370"/>
        <w:gridCol w:w="2302"/>
      </w:tblGrid>
      <w:tr>
        <w:trPr>
          <w:tblHeader w:val="true"/>
        </w:trPr>
        <w:tc>
          <w:tcPr>
            <w:tcW w:type="dxa" w:w="7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3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Бажарилган иш / Выполненная работа</w:t>
            </w:r>
          </w:p>
        </w:tc>
        <w:tc>
          <w:tcPr>
            <w:tcW w:type="dxa" w:w="23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Натижа/ҳужжат / Результат/документ</w:t>
            </w:r>
          </w:p>
        </w:tc>
        <w:tc>
          <w:tcPr>
            <w:tcW w:type="dxa" w:w="23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Очилган масала / Нерешённый вопрос</w:t>
            </w:r>
          </w:p>
        </w:tc>
        <w:tc>
          <w:tcPr>
            <w:tcW w:type="dxa" w:w="23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Кейинги чора / Следующее действие</w:t>
            </w:r>
          </w:p>
        </w:tc>
      </w:tr>
      <w:tr>
        <w:trPr>
          <w:cantSplit/>
        </w:trPr>
        <w:tc>
          <w:tcPr>
            <w:tcW w:type="dxa" w:w="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Хулоса / Заключение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Сафар мақсадига эришилди / Цель командировки достигнута: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Бўлинма раҳбарининг баҳоси / Оценка руководителя: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Иловалар: чипта, ҳисоб, далолатнома ва бошқалар / Приложения: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Ходим / Работник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Бўлинма раҳбари / Руководитель подразделения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Ҳисоботни қабул қилди / Отчёт принят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Хизмат сафари топшириғи ва ҳисоботи / Служебное задание и отчёт о командировке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