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ЛИМИТЛИ ОЛИШ КАРТАСИ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ЛИМИТНО-ЗАБОРНАЯ КАРТА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Цех/бўлинма / Цех/подразделение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Маҳсулот/буюртма / Продукция/заказ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/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Материал ва номенклатура коди / Материал и код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Ўлчов ва лимит / Единица и лимит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Лимит доирасида бериш / Отпуск в пределах лимита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12"/>
        <w:gridCol w:w="2130"/>
        <w:gridCol w:w="1711"/>
        <w:gridCol w:w="1711"/>
        <w:gridCol w:w="1988"/>
        <w:gridCol w:w="2130"/>
        <w:gridCol w:w="2247"/>
        <w:gridCol w:w="2251"/>
      </w:tblGrid>
      <w:tr>
        <w:trPr>
          <w:tblHeader w:val="true"/>
        </w:trPr>
        <w:tc>
          <w:tcPr>
            <w:tcW w:type="dxa" w:w="91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213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Сана / Дата</w:t>
            </w:r>
          </w:p>
        </w:tc>
        <w:tc>
          <w:tcPr>
            <w:tcW w:type="dxa" w:w="17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Талаб / Затребовано</w:t>
            </w:r>
          </w:p>
        </w:tc>
        <w:tc>
          <w:tcPr>
            <w:tcW w:type="dxa" w:w="17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Берилди / Отпущено</w:t>
            </w:r>
          </w:p>
        </w:tc>
        <w:tc>
          <w:tcPr>
            <w:tcW w:type="dxa" w:w="198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Қайтарилди / Возвращено</w:t>
            </w:r>
          </w:p>
        </w:tc>
        <w:tc>
          <w:tcPr>
            <w:tcW w:type="dxa" w:w="213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Лимит қолдиғи / Остаток лимита</w:t>
            </w:r>
          </w:p>
        </w:tc>
        <w:tc>
          <w:tcPr>
            <w:tcW w:type="dxa" w:w="224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Омборчи имзоси / Кладовщик</w:t>
            </w:r>
          </w:p>
        </w:tc>
        <w:tc>
          <w:tcPr>
            <w:tcW w:type="dxa" w:w="225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Олувчи имзоси / Получатель</w:t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9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берилди / Всего отпущено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қайтарилди / Всего возвращено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Лимитдан оғиш / Отклонение от лимита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Оғишга рухсат/асос / Разрешение/основание отклонения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Лимитни белгилади / Установил лимит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Омборчи / Кладовщик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Цех масъули / Ответственный цеха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063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Лимитли олиш картаси / Лимитно-заборная карта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