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ХОМ АШЁНИ БЕРИШ ТАЛАБНОМАСИ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ТРЕБОВАНИЕ НА ОТПУСК СЫРЬЯ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Цех/бўлинма / Цех/подразделение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Маҳсулот/буюртма № / Продукция/заказ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Керакли сана/смена / Дата/смена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 / Склад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Хом ашё талаби / Потребность в сырье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65"/>
        <w:gridCol w:w="3430"/>
        <w:gridCol w:w="1436"/>
        <w:gridCol w:w="1436"/>
        <w:gridCol w:w="2538"/>
        <w:gridCol w:w="2248"/>
        <w:gridCol w:w="1787"/>
        <w:gridCol w:w="1440"/>
      </w:tblGrid>
      <w:tr>
        <w:trPr>
          <w:tblHeader w:val="true"/>
        </w:trPr>
        <w:tc>
          <w:tcPr>
            <w:tcW w:type="dxa" w:w="7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4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Материал/код / Материал/код</w:t>
            </w:r>
          </w:p>
        </w:tc>
        <w:tc>
          <w:tcPr>
            <w:tcW w:type="dxa" w:w="14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4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Норма / Норма</w:t>
            </w:r>
          </w:p>
        </w:tc>
        <w:tc>
          <w:tcPr>
            <w:tcW w:type="dxa" w:w="25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Ишлаб чиқариш режаси / План выпуска</w:t>
            </w:r>
          </w:p>
        </w:tc>
        <w:tc>
          <w:tcPr>
            <w:tcW w:type="dxa" w:w="22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Ҳисобланган талаб / Потребность</w:t>
            </w:r>
          </w:p>
        </w:tc>
        <w:tc>
          <w:tcPr>
            <w:tcW w:type="dxa" w:w="17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Мавжуд қолдиқ / Остаток</w:t>
            </w:r>
          </w:p>
        </w:tc>
        <w:tc>
          <w:tcPr>
            <w:tcW w:type="dxa" w:w="14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Сўралди / Запрошено</w:t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3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Асослаш / Обоснование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Нормадан ташқари талаб сабаби / Причина сверхнормативной потребности: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Алмаштирувчи материал мумкинлиги / Возможность замены: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Технолог / Технолог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Цех раҳбари / Начальник цеха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 тасдиғи / Подтверждение склада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Рухсат берди / Разрешил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 ашёни бериш талабномаси / Требование на отпуск сырья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