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СМЕНА ИШЛАБ ЧИҚАРИШ ҲИСОБОТИ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ОТЧЁТ ПРОИЗВОДСТВА ЗА СМЕНУ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Цех/линия / Цех/линия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Смена ва сана / Смена и дата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Смена бошлиғи / Начальник смены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Буюртма/маҳсулот / Заказ/продукция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Ишлаб чиқариш натижаси / Результат производства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44"/>
        <w:gridCol w:w="2239"/>
        <w:gridCol w:w="1583"/>
        <w:gridCol w:w="2079"/>
        <w:gridCol w:w="1583"/>
        <w:gridCol w:w="1583"/>
        <w:gridCol w:w="1999"/>
        <w:gridCol w:w="1583"/>
        <w:gridCol w:w="1587"/>
      </w:tblGrid>
      <w:tr>
        <w:trPr>
          <w:tblHeader w:val="true"/>
        </w:trPr>
        <w:tc>
          <w:tcPr>
            <w:tcW w:type="dxa" w:w="84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223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Маҳсулот/код / Продукция/код</w:t>
            </w:r>
          </w:p>
        </w:tc>
        <w:tc>
          <w:tcPr>
            <w:tcW w:type="dxa" w:w="15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Режа / План</w:t>
            </w:r>
          </w:p>
        </w:tc>
        <w:tc>
          <w:tcPr>
            <w:tcW w:type="dxa" w:w="20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Ишлаб чиқарилди / Выпущено</w:t>
            </w:r>
          </w:p>
        </w:tc>
        <w:tc>
          <w:tcPr>
            <w:tcW w:type="dxa" w:w="15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Яроқли / Годно</w:t>
            </w:r>
          </w:p>
        </w:tc>
        <w:tc>
          <w:tcPr>
            <w:tcW w:type="dxa" w:w="15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Брак</w:t>
            </w:r>
          </w:p>
        </w:tc>
        <w:tc>
          <w:tcPr>
            <w:tcW w:type="dxa" w:w="199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Қайта ишлаш / Переработка</w:t>
            </w:r>
          </w:p>
        </w:tc>
        <w:tc>
          <w:tcPr>
            <w:tcW w:type="dxa" w:w="15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НЗП</w:t>
            </w:r>
          </w:p>
        </w:tc>
        <w:tc>
          <w:tcPr>
            <w:tcW w:type="dxa" w:w="158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Оғиш / Отклонение</w:t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22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22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22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22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22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22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22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22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Ресурс ва тўхташлар / Ресурсы и простои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970"/>
        <w:gridCol w:w="4709"/>
        <w:gridCol w:w="2488"/>
        <w:gridCol w:w="1970"/>
        <w:gridCol w:w="1970"/>
        <w:gridCol w:w="1973"/>
      </w:tblGrid>
      <w:tr>
        <w:trPr>
          <w:tblHeader w:val="true"/>
        </w:trPr>
        <w:tc>
          <w:tcPr>
            <w:tcW w:type="dxa" w:w="19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Вақт / Время</w:t>
            </w:r>
          </w:p>
        </w:tc>
        <w:tc>
          <w:tcPr>
            <w:tcW w:type="dxa" w:w="470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Ҳодиса/операция / Событие</w:t>
            </w:r>
          </w:p>
        </w:tc>
        <w:tc>
          <w:tcPr>
            <w:tcW w:type="dxa" w:w="248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Давомийлик / Длительность</w:t>
            </w:r>
          </w:p>
        </w:tc>
        <w:tc>
          <w:tcPr>
            <w:tcW w:type="dxa" w:w="19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Сабаб / Причина</w:t>
            </w:r>
          </w:p>
        </w:tc>
        <w:tc>
          <w:tcPr>
            <w:tcW w:type="dxa" w:w="19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Йўқотиш / Потери</w:t>
            </w:r>
          </w:p>
        </w:tc>
        <w:tc>
          <w:tcPr>
            <w:tcW w:type="dxa" w:w="197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Чора / Мера</w:t>
            </w:r>
          </w:p>
        </w:tc>
      </w:tr>
      <w:tr>
        <w:trPr>
          <w:cantSplit/>
        </w:trPr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7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7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7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7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7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7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Смена бошлиғи / Начальник смены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Технолог / Технолог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Сифат назорати / Контроль качества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Омбор қабул қилди / Принял склад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065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Смена ишлаб чиқариш ҳисоботи / Отчёт производства за смену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