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ТАЙЁР МАҲСУЛОТ ИШЛАБ ЧИҚАРИШ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ВЫПУСКА ГОТОВОЙ ПРОДУКЦИИ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Цех/линия / Цех/линия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Смена/давр / Смена/период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Ишлаб чиқариш буюртмаси / Производственный заказ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омбори / Склад-получатель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Тайёр маҳсулот / Готовая продукция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84"/>
        <w:gridCol w:w="2079"/>
        <w:gridCol w:w="1470"/>
        <w:gridCol w:w="1470"/>
        <w:gridCol w:w="1829"/>
        <w:gridCol w:w="1930"/>
        <w:gridCol w:w="1829"/>
        <w:gridCol w:w="1829"/>
        <w:gridCol w:w="1860"/>
      </w:tblGrid>
      <w:tr>
        <w:trPr>
          <w:tblHeader w:val="true"/>
        </w:trPr>
        <w:tc>
          <w:tcPr>
            <w:tcW w:type="dxa" w:w="7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20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Маҳсулот/код / Продукция/код</w:t>
            </w:r>
          </w:p>
        </w:tc>
        <w:tc>
          <w:tcPr>
            <w:tcW w:type="dxa" w:w="14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4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9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Сифат/сорт / Качество/сорт</w:t>
            </w:r>
          </w:p>
        </w:tc>
        <w:tc>
          <w:tcPr>
            <w:tcW w:type="dxa" w:w="18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Таннарх / Себестоимость</w:t>
            </w:r>
          </w:p>
        </w:tc>
        <w:tc>
          <w:tcPr>
            <w:tcW w:type="dxa" w:w="18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86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Яроқлилик / Срок годности</w:t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20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Қабул натижаси / Результат приёмки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Сифат ҳужжатлари / Документы качества: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Қадоқ ва маркировка / Упаковка и маркировка: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Тафовутлар / Расхождения: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Цех топширди / Сдал цех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Сифат назорати / Контроль качества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 қабул қилди / Принял склад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Тайёр маҳсулот ишлаб чиқариш далолатномаси / Акт выпуска готовой продукции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