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ТУГАЛЛАНМАГАН ИШЛАБ ЧИҚАРИШНИ ТОПШИРИШ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ПЕРЕДАЧИ НЕЗАВЕРШЁННОГО ПРОИЗВОДСТВА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Топширувчи цех/смена / Передающий цех/смена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қилувчи / Получатель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Буюртма/технологик босқич / Заказ/этап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Топшириш сана/вақти / Дата/время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Тугалланмаган ишлаб чиқариш / Незавершённое производство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1"/>
        <w:gridCol w:w="1999"/>
        <w:gridCol w:w="2781"/>
        <w:gridCol w:w="1164"/>
        <w:gridCol w:w="1449"/>
        <w:gridCol w:w="1164"/>
        <w:gridCol w:w="2781"/>
        <w:gridCol w:w="1940"/>
        <w:gridCol w:w="1181"/>
      </w:tblGrid>
      <w:tr>
        <w:trPr>
          <w:tblHeader w:val="true"/>
        </w:trPr>
        <w:tc>
          <w:tcPr>
            <w:tcW w:type="dxa" w:w="6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99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Маҳсулот/деталь / Продукция/деталь</w:t>
            </w:r>
          </w:p>
        </w:tc>
        <w:tc>
          <w:tcPr>
            <w:tcW w:type="dxa" w:w="278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Операция босқичи / Стадия</w:t>
            </w:r>
          </w:p>
        </w:tc>
        <w:tc>
          <w:tcPr>
            <w:tcW w:type="dxa" w:w="116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44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16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Тайёрлик %</w:t>
            </w:r>
          </w:p>
        </w:tc>
        <w:tc>
          <w:tcPr>
            <w:tcW w:type="dxa" w:w="278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Материал қиймати / Материалы</w:t>
            </w:r>
          </w:p>
        </w:tc>
        <w:tc>
          <w:tcPr>
            <w:tcW w:type="dxa" w:w="194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Қайта ишлаш қиймати / Переработка</w:t>
            </w:r>
          </w:p>
        </w:tc>
        <w:tc>
          <w:tcPr>
            <w:tcW w:type="dxa" w:w="118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Жами НЗП / Всего НЗП</w:t>
            </w:r>
          </w:p>
        </w:tc>
      </w:tr>
      <w:tr>
        <w:trPr>
          <w:cantSplit/>
        </w:trPr>
        <w:tc>
          <w:tcPr>
            <w:tcW w:type="dxa" w:w="6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18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Ҳолат ва камчиликлар / Состояние и недостатки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Сақлаш/давом эттириш шартлари / Условия хранения/продолжения: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Аниқланган брак ёки йўқотиш / Брак или потери: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Топширди / Передал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Қабул қилди / Принял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Технолог / Технолог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067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Тугалланмаган ишлаб чиқаришни топшириш далолатномаси / Акт передачи незавершённого производства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