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ИШЛАБ ЧИҚАРИШ ТАННАРХИ КАЛЬКУЛЯЦИЯСИ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КАЛЬКУЛЯЦИЯ ПРОИЗВОДСТВЕННОЙ СЕБЕСТОИМОСТИ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Маҳсулот/иш/хизмат / Продукция/работа/услуга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Калькуляция тури / Вид: режа/ҳақиқий / плановая/фактическая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Давр/партия / Период/партия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Ишлаб чиқариш ҳажми / Объём выпуска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Таннарх моддалари / Статьи себестоимости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94"/>
        <w:gridCol w:w="2625"/>
        <w:gridCol w:w="1676"/>
        <w:gridCol w:w="2086"/>
        <w:gridCol w:w="2086"/>
        <w:gridCol w:w="2086"/>
        <w:gridCol w:w="1947"/>
        <w:gridCol w:w="1680"/>
      </w:tblGrid>
      <w:tr>
        <w:trPr>
          <w:tblHeader w:val="true"/>
        </w:trPr>
        <w:tc>
          <w:tcPr>
            <w:tcW w:type="dxa" w:w="89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26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Харажат моддаси / Статья затрат</w:t>
            </w:r>
          </w:p>
        </w:tc>
        <w:tc>
          <w:tcPr>
            <w:tcW w:type="dxa" w:w="16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2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Норма/миқдор / Норма/кол-во</w:t>
            </w:r>
          </w:p>
        </w:tc>
        <w:tc>
          <w:tcPr>
            <w:tcW w:type="dxa" w:w="2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Бирлик нархи / Цена</w:t>
            </w:r>
          </w:p>
        </w:tc>
        <w:tc>
          <w:tcPr>
            <w:tcW w:type="dxa" w:w="2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сумма / Сумма</w:t>
            </w:r>
          </w:p>
        </w:tc>
        <w:tc>
          <w:tcPr>
            <w:tcW w:type="dxa" w:w="19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1 бирликка / На единицу</w:t>
            </w:r>
          </w:p>
        </w:tc>
        <w:tc>
          <w:tcPr>
            <w:tcW w:type="dxa" w:w="16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 счёти / Счёт</w:t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2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ва оғиш / Итоги и отклонения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Ишлаб чиқариш таннархи жами / Производственная себестоимость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Тўлиқ таннарх (зарур бўлса) / Полная себестоимость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Режа таннархи / Плановая себестоимость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Ҳақиқий таннарх / Фактическая себестоимость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Оғиш ва сабаб / Отклонение и причина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Иқтисодчи / Экономист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Технолог / Технолог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Ишлаб чиқариш таннархи калькуляцияси / Калькуляция производственной себестоимости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