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ИШЛАБ ЧИҚАРИШ БРАКИ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ПРОИЗВОДСТВЕННОГО БРАКА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Цех/линия / Цех/линия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Буюртма/партия / Заказ/партия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Аниқлаш сана/смена / Дата/смена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Комиссия/сифат назорати / Комиссия/ОТК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Брак маълумотлари / Данные о браке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16"/>
        <w:gridCol w:w="1984"/>
        <w:gridCol w:w="2760"/>
        <w:gridCol w:w="1437"/>
        <w:gridCol w:w="1225"/>
        <w:gridCol w:w="1155"/>
        <w:gridCol w:w="1984"/>
        <w:gridCol w:w="1155"/>
        <w:gridCol w:w="2764"/>
      </w:tblGrid>
      <w:tr>
        <w:trPr>
          <w:tblHeader w:val="true"/>
        </w:trPr>
        <w:tc>
          <w:tcPr>
            <w:tcW w:type="dxa" w:w="6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9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Маҳсулот/деталь / Продукция/деталь</w:t>
            </w:r>
          </w:p>
        </w:tc>
        <w:tc>
          <w:tcPr>
            <w:tcW w:type="dxa" w:w="27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Операция / Операция</w:t>
            </w:r>
          </w:p>
        </w:tc>
        <w:tc>
          <w:tcPr>
            <w:tcW w:type="dxa" w:w="14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2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Брак тури / Вид брака</w:t>
            </w:r>
          </w:p>
        </w:tc>
        <w:tc>
          <w:tcPr>
            <w:tcW w:type="dxa" w:w="11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Сабаб / Причина</w:t>
            </w:r>
          </w:p>
        </w:tc>
        <w:tc>
          <w:tcPr>
            <w:tcW w:type="dxa" w:w="19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Айбдор/омил / Ответственный/фактор</w:t>
            </w:r>
          </w:p>
        </w:tc>
        <w:tc>
          <w:tcPr>
            <w:tcW w:type="dxa" w:w="11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Қиймат / Стоимость</w:t>
            </w:r>
          </w:p>
        </w:tc>
        <w:tc>
          <w:tcPr>
            <w:tcW w:type="dxa" w:w="27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Қарор / Решение</w:t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Йўқотиш ва қоплаш / Потери и возмещение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093"/>
        <w:gridCol w:w="1903"/>
        <w:gridCol w:w="2249"/>
        <w:gridCol w:w="2162"/>
        <w:gridCol w:w="2335"/>
        <w:gridCol w:w="2338"/>
      </w:tblGrid>
      <w:tr>
        <w:trPr>
          <w:tblHeader w:val="true"/>
        </w:trPr>
        <w:tc>
          <w:tcPr>
            <w:tcW w:type="dxa" w:w="40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Материал / Материалы</w:t>
            </w:r>
          </w:p>
        </w:tc>
        <w:tc>
          <w:tcPr>
            <w:tcW w:type="dxa" w:w="190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Иш ҳақи / Оплата труда</w:t>
            </w:r>
          </w:p>
        </w:tc>
        <w:tc>
          <w:tcPr>
            <w:tcW w:type="dxa" w:w="22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Устама харажат / Накладные</w:t>
            </w:r>
          </w:p>
        </w:tc>
        <w:tc>
          <w:tcPr>
            <w:tcW w:type="dxa" w:w="21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Қайта ишлаш / Исправление</w:t>
            </w:r>
          </w:p>
        </w:tc>
        <w:tc>
          <w:tcPr>
            <w:tcW w:type="dxa" w:w="23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Ундириш/қоплаш / Возмещение</w:t>
            </w:r>
          </w:p>
        </w:tc>
        <w:tc>
          <w:tcPr>
            <w:tcW w:type="dxa" w:w="23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Соф йўқотиш / Чистые потери</w:t>
            </w:r>
          </w:p>
        </w:tc>
      </w:tr>
      <w:tr>
        <w:trPr>
          <w:cantSplit/>
        </w:trPr>
        <w:tc>
          <w:tcPr>
            <w:tcW w:type="dxa" w:w="4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40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2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Олдини олиш чоралари / Предупреждающие меры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Технологик чора / Технологическая мера: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Масъул ва муддат / Ответственный и срок: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Сифат назорати / Контроль качества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раҳбари / Начальник цеха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Ишлаб чиқариш браки далолатномаси / Акт производственного брака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