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ХОМ АШЁ ВА МАТЕРИАЛЛАРНИ ҲИСОБДАН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СПИСАНИЯ СЫРЬЯ И МАТЕРИАЛОВ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Цех/бўлинма / Цех/подразделение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Буюртма/маҳсулот / Заказ/продукция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Давр/смена / Период/смена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Норматив/технологик карта / Норматив/техкарта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Ҳисобдан чиқариладиган материал / Списываемые материалы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2"/>
        <w:gridCol w:w="3460"/>
        <w:gridCol w:w="1448"/>
        <w:gridCol w:w="1448"/>
        <w:gridCol w:w="1448"/>
        <w:gridCol w:w="1448"/>
        <w:gridCol w:w="1802"/>
        <w:gridCol w:w="1802"/>
        <w:gridCol w:w="1452"/>
      </w:tblGrid>
      <w:tr>
        <w:trPr>
          <w:tblHeader w:val="true"/>
        </w:trPr>
        <w:tc>
          <w:tcPr>
            <w:tcW w:type="dxa" w:w="7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4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Материал/код / Материал/код</w:t>
            </w:r>
          </w:p>
        </w:tc>
        <w:tc>
          <w:tcPr>
            <w:tcW w:type="dxa" w:w="14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4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Норма / Норма</w:t>
            </w:r>
          </w:p>
        </w:tc>
        <w:tc>
          <w:tcPr>
            <w:tcW w:type="dxa" w:w="14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Ҳақиқий / Факт</w:t>
            </w:r>
          </w:p>
        </w:tc>
        <w:tc>
          <w:tcPr>
            <w:tcW w:type="dxa" w:w="14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Оғиш / Отклонение</w:t>
            </w:r>
          </w:p>
        </w:tc>
        <w:tc>
          <w:tcPr>
            <w:tcW w:type="dxa" w:w="18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45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Сабаб / Причина</w:t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34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Ишлаб чиқариш натижаси / Результат производства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чиқарилган маҳсулот / Выпущенная продукция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Яроқли маҳсулот миқдори / Количество годной продукции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Брак/чиқинди / Брак/отходы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Қайтарилган материал / Возвратные материалы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раҳбари / Начальник цеха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 ашё ва материалларни ҳисобдан чиқариш далолатномаси / Акт списания сырья и материалов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