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ХАРИД УЧУН ТАЛАБНОМА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ЗАЯВКА НА ЗАКУПКУ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Ташаббускор бўлинма / Подразделение-инициатор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Керакли сана / Требуемая дата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Харажат маркази/лойиҳа / Центр затрат/проект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Бюджет моддаси / Статья бюджета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Харид рўйхати / Перечень закупки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06"/>
        <w:gridCol w:w="2718"/>
        <w:gridCol w:w="1436"/>
        <w:gridCol w:w="1137"/>
        <w:gridCol w:w="1416"/>
        <w:gridCol w:w="1416"/>
        <w:gridCol w:w="1419"/>
      </w:tblGrid>
      <w:tr>
        <w:trPr>
          <w:tblHeader w:val="true"/>
        </w:trPr>
        <w:tc>
          <w:tcPr>
            <w:tcW w:type="dxa" w:w="60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71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Номи / Наименование</w:t>
            </w:r>
          </w:p>
        </w:tc>
        <w:tc>
          <w:tcPr>
            <w:tcW w:type="dxa" w:w="143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Техник талаб / Требование</w:t>
            </w:r>
          </w:p>
        </w:tc>
        <w:tc>
          <w:tcPr>
            <w:tcW w:type="dxa" w:w="113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Ўлчов / Ед.</w:t>
            </w:r>
          </w:p>
        </w:tc>
        <w:tc>
          <w:tcPr>
            <w:tcW w:type="dxa" w:w="14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Миқдор / Кол-во</w:t>
            </w:r>
          </w:p>
        </w:tc>
        <w:tc>
          <w:tcPr>
            <w:tcW w:type="dxa" w:w="1416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Тахминий нарх / Ориентир. цена</w:t>
            </w:r>
          </w:p>
        </w:tc>
        <w:tc>
          <w:tcPr>
            <w:tcW w:type="dxa" w:w="14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Сумма</w:t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0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271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3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3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Асослаш / Обоснование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Харид мақсади ва кутилган натижа / Цель и ожидаемый результат: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Муқобил ёки мавжуд қолдиқ / Альтернатива или имеющийся остаток: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Ташаббускор / Инициатор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Бюджет назорати / Контроль бюджета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Тасдиқловчи / Утверждающий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013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Харид учун талабнома / Заявка на закупку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