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ТМЗНИ ОЛИШ УЧУН ИШОНЧНОМА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ДОВЕРЕННОСТЬ НА ПОЛУЧЕНИЕ ТМЦ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Ишончнома амал қилиш муддати / Срок действия доверенности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Вакил Ф.И.Ш. ва лавозими / Ф.И.О. и должность представителя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Паспорт/ID маълумоти / Паспорт/ID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/ Поставщик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 ҳужжат / Документ-основание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Ишончнома муддати ва вакил ваколатини корхонанинг ички тартиби ҳамда амалдаги талабларга мос белгиланг / Срок и полномочия представителя определите по внутреннему порядку и действующим требованиям.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Олинадиган ТМЗ / Получаемые ТМЦ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44"/>
        <w:gridCol w:w="3782"/>
        <w:gridCol w:w="1582"/>
        <w:gridCol w:w="1969"/>
        <w:gridCol w:w="1971"/>
      </w:tblGrid>
      <w:tr>
        <w:trPr>
          <w:tblHeader w:val="true"/>
        </w:trPr>
        <w:tc>
          <w:tcPr>
            <w:tcW w:type="dxa" w:w="8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7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15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9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рақамда / Кол-во цифрами</w:t>
            </w:r>
          </w:p>
        </w:tc>
        <w:tc>
          <w:tcPr>
            <w:tcW w:type="dxa" w:w="19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ёзувда / Кол-во прописью</w:t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37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Ваколат / Полномочия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ТМЗ ва ҳамроҳ ҳужжатларни қабул қилиш / Получение ТМЦ и сопроводительных документов: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Намуна имзо / Образец подписи представителя: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Вакил / Представитель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ТМЗни олиш учун ишончнома / Доверенность на получение ТМЦ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