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КИРИМ ЮКХАТИ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ПРИХОДНАЯ НАКЛАДНАЯ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Мол етказиб берувчи ва СТИР / Поставщик и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Омбор / Склад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Етказиб берувчи ҳужжати / Документ поставщика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Шартнома/буюртма / Договор/заказ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Кирим қилинган ТМЗ / Оприходованные ТМЦ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812"/>
        <w:gridCol w:w="3638"/>
        <w:gridCol w:w="1523"/>
        <w:gridCol w:w="1523"/>
        <w:gridCol w:w="1895"/>
        <w:gridCol w:w="1895"/>
        <w:gridCol w:w="1895"/>
        <w:gridCol w:w="1899"/>
      </w:tblGrid>
      <w:tr>
        <w:trPr>
          <w:tblHeader w:val="true"/>
        </w:trPr>
        <w:tc>
          <w:tcPr>
            <w:tcW w:type="dxa" w:w="81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№</w:t>
            </w:r>
          </w:p>
        </w:tc>
        <w:tc>
          <w:tcPr>
            <w:tcW w:type="dxa" w:w="363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Номи/код / Наименование/код</w:t>
            </w:r>
          </w:p>
        </w:tc>
        <w:tc>
          <w:tcPr>
            <w:tcW w:type="dxa" w:w="152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Партия/серия</w:t>
            </w:r>
          </w:p>
        </w:tc>
        <w:tc>
          <w:tcPr>
            <w:tcW w:type="dxa" w:w="152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Ўлчов / Ед.</w:t>
            </w:r>
          </w:p>
        </w:tc>
        <w:tc>
          <w:tcPr>
            <w:tcW w:type="dxa" w:w="189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Миқдор / Кол-во</w:t>
            </w:r>
          </w:p>
        </w:tc>
        <w:tc>
          <w:tcPr>
            <w:tcW w:type="dxa" w:w="189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Нарх / Цена</w:t>
            </w:r>
          </w:p>
        </w:tc>
        <w:tc>
          <w:tcPr>
            <w:tcW w:type="dxa" w:w="189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ҚҚС / НДС</w:t>
            </w:r>
          </w:p>
        </w:tc>
        <w:tc>
          <w:tcPr>
            <w:tcW w:type="dxa" w:w="189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Сумма</w:t>
            </w:r>
          </w:p>
        </w:tc>
      </w:tr>
      <w:tr>
        <w:trPr>
          <w:cantSplit/>
        </w:trPr>
        <w:tc>
          <w:tcPr>
            <w:tcW w:type="dxa" w:w="8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</w:t>
            </w:r>
          </w:p>
        </w:tc>
        <w:tc>
          <w:tcPr>
            <w:tcW w:type="dxa" w:w="36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2</w:t>
            </w:r>
          </w:p>
        </w:tc>
        <w:tc>
          <w:tcPr>
            <w:tcW w:type="dxa" w:w="36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3</w:t>
            </w:r>
          </w:p>
        </w:tc>
        <w:tc>
          <w:tcPr>
            <w:tcW w:type="dxa" w:w="36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4</w:t>
            </w:r>
          </w:p>
        </w:tc>
        <w:tc>
          <w:tcPr>
            <w:tcW w:type="dxa" w:w="36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5</w:t>
            </w:r>
          </w:p>
        </w:tc>
        <w:tc>
          <w:tcPr>
            <w:tcW w:type="dxa" w:w="36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6</w:t>
            </w:r>
          </w:p>
        </w:tc>
        <w:tc>
          <w:tcPr>
            <w:tcW w:type="dxa" w:w="36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7</w:t>
            </w:r>
          </w:p>
        </w:tc>
        <w:tc>
          <w:tcPr>
            <w:tcW w:type="dxa" w:w="36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8</w:t>
            </w:r>
          </w:p>
        </w:tc>
        <w:tc>
          <w:tcPr>
            <w:tcW w:type="dxa" w:w="36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9</w:t>
            </w:r>
          </w:p>
        </w:tc>
        <w:tc>
          <w:tcPr>
            <w:tcW w:type="dxa" w:w="36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Қабул натижаси / Результат приёмки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333"/>
        <w:gridCol w:w="8747"/>
      </w:tblGrid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Жами позиция ва миқдор / Количество позиций и единиц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Ҳужжатлар тўлиқлиги / Комплектность документов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Тафовутлар далолатномаси № (агар бўлса) / Акт расхождений № (если есть)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Топширди / Сдал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Омборчи қабул қилди / Принял кладовщик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Сифат назорати / Контроль качества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017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Кирим юкхати / Приходная накладная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