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ТМЗНИ ҚАБУЛ ҚИЛИШ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ПРИЁМКИ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/ Поставщик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жойи / Место приёмки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Ҳамроҳ ҳужжатлар / Сопроводительные документы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/ Комиссия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33"/>
        <w:gridCol w:w="3063"/>
        <w:gridCol w:w="7319"/>
        <w:gridCol w:w="3065"/>
      </w:tblGrid>
      <w:tr>
        <w:trPr>
          <w:tblHeader w:val="true"/>
        </w:trPr>
        <w:tc>
          <w:tcPr>
            <w:tcW w:type="dxa" w:w="16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73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Роли / Роль</w:t>
            </w:r>
          </w:p>
        </w:tc>
      </w:tr>
      <w:tr>
        <w:trPr>
          <w:cantSplit/>
        </w:trPr>
        <w:tc>
          <w:tcPr>
            <w:tcW w:type="dxa" w:w="16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73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73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73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73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қилинган ТМЗ / Принятые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8"/>
        <w:gridCol w:w="3667"/>
        <w:gridCol w:w="1534"/>
        <w:gridCol w:w="2170"/>
        <w:gridCol w:w="1534"/>
        <w:gridCol w:w="1534"/>
        <w:gridCol w:w="1909"/>
        <w:gridCol w:w="1914"/>
      </w:tblGrid>
      <w:tr>
        <w:trPr>
          <w:tblHeader w:val="true"/>
        </w:trPr>
        <w:tc>
          <w:tcPr>
            <w:tcW w:type="dxa" w:w="8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Номи/код / Наименование/код</w:t>
            </w:r>
          </w:p>
        </w:tc>
        <w:tc>
          <w:tcPr>
            <w:tcW w:type="dxa" w:w="15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21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бўйича / По документу</w:t>
            </w:r>
          </w:p>
        </w:tc>
        <w:tc>
          <w:tcPr>
            <w:tcW w:type="dxa" w:w="15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/ Фактически</w:t>
            </w:r>
          </w:p>
        </w:tc>
        <w:tc>
          <w:tcPr>
            <w:tcW w:type="dxa" w:w="15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Сифати / Качество</w:t>
            </w:r>
          </w:p>
        </w:tc>
        <w:tc>
          <w:tcPr>
            <w:tcW w:type="dxa" w:w="19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9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Қабул қилиш натижаси / Результат приёмки: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Аниқланган камчилик ва чора / Недостатки и меры: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ТМЗни қабул қилиш далолатномаси / Акт приёмки ТМЦ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