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ҚАБУЛ ҚИЛИШДАГИ ТАФОВУТЛАР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РАСХОЖДЕНИЙ ПРИ ПРИЁМКЕ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Мол етказиб берувчи / Поставщик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Транспорт ҳужжати / Транспортный документ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санаси/вақти / Дата/время приёмки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Қадоқ ҳолати / Состояние упаковки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Тафовутлар / Расхождения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74"/>
        <w:gridCol w:w="3467"/>
        <w:gridCol w:w="1686"/>
        <w:gridCol w:w="1451"/>
        <w:gridCol w:w="1451"/>
        <w:gridCol w:w="1451"/>
        <w:gridCol w:w="1539"/>
        <w:gridCol w:w="1806"/>
        <w:gridCol w:w="1455"/>
      </w:tblGrid>
      <w:tr>
        <w:trPr>
          <w:tblHeader w:val="true"/>
        </w:trPr>
        <w:tc>
          <w:tcPr>
            <w:tcW w:type="dxa" w:w="7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4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Товар / Товар</w:t>
            </w:r>
          </w:p>
        </w:tc>
        <w:tc>
          <w:tcPr>
            <w:tcW w:type="dxa" w:w="16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Ҳужжатда / По документу</w:t>
            </w:r>
          </w:p>
        </w:tc>
        <w:tc>
          <w:tcPr>
            <w:tcW w:type="dxa" w:w="14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Амалда / Фактически</w:t>
            </w:r>
          </w:p>
        </w:tc>
        <w:tc>
          <w:tcPr>
            <w:tcW w:type="dxa" w:w="14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Камомад / Недостача</w:t>
            </w:r>
          </w:p>
        </w:tc>
        <w:tc>
          <w:tcPr>
            <w:tcW w:type="dxa" w:w="14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Ортиқча / Излишек</w:t>
            </w:r>
          </w:p>
        </w:tc>
        <w:tc>
          <w:tcPr>
            <w:tcW w:type="dxa" w:w="15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Бузилган / Повреждено</w:t>
            </w:r>
          </w:p>
        </w:tc>
        <w:tc>
          <w:tcPr>
            <w:tcW w:type="dxa" w:w="18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145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Сабаб / Причина</w:t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4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4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4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4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4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4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4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Далил ва чоралар / Доказательства и меры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Фото, ўлчов ва бошқа далиллар / Фото, замеры и иные доказательства: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Таъминотчига талаб / Требование поставщику: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Сақлаш/қайтариш қарор / Решение о хранении/возврате: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қилувчи / Получатель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Етказиб берувчи вакили (бўлса) / Представитель поставщика (если есть)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Қабул қилишдаги тафовутлар далолатномаси / Акт расхождений при приёмке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