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ОМБОР КИРИМ ОРДЕРИ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ПРИХОДНЫЙ ОРДЕР СКЛАДА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 / Склад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Мол етказиб берувчи/манба / Поставщик/источник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Асос ҳужжат / Документ-основание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вақти / Время приёмки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Омбор кирими / Складской приход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51"/>
        <w:gridCol w:w="1783"/>
        <w:gridCol w:w="1783"/>
        <w:gridCol w:w="1783"/>
        <w:gridCol w:w="2219"/>
        <w:gridCol w:w="2071"/>
        <w:gridCol w:w="2702"/>
        <w:gridCol w:w="1788"/>
      </w:tblGrid>
      <w:tr>
        <w:trPr>
          <w:tblHeader w:val="true"/>
        </w:trPr>
        <w:tc>
          <w:tcPr>
            <w:tcW w:type="dxa" w:w="9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7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Номенклатура/код</w:t>
            </w:r>
          </w:p>
        </w:tc>
        <w:tc>
          <w:tcPr>
            <w:tcW w:type="dxa" w:w="17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Партия/серия</w:t>
            </w:r>
          </w:p>
        </w:tc>
        <w:tc>
          <w:tcPr>
            <w:tcW w:type="dxa" w:w="17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22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20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Омбор ячейкаси / Ячейка</w:t>
            </w:r>
          </w:p>
        </w:tc>
        <w:tc>
          <w:tcPr>
            <w:tcW w:type="dxa" w:w="27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Сақлаш муддати / Срок годности</w:t>
            </w:r>
          </w:p>
        </w:tc>
        <w:tc>
          <w:tcPr>
            <w:tcW w:type="dxa" w:w="178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Топширди / Сдал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Омборчи / Кладовщик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Бухгалтерия қабул қилди / Принято бухгалтерией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Омбор кирим ордери / Приходный ордер склада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