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ИЧКИ КЎЧИРИШ УЧУН ТАЛАБНОМА-ЮКХАТ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ТРЕБОВАНИЕ-НАКЛАДНАЯ НА ВНУТРЕННЕЕ ПЕРЕМЕЩЕНИЕ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Жўнатувчи омбор/бўлинма / Склад/подразделение-отправитель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Қабул қилувчи омбор/бўлинма / Получатель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Кўчириш сабаби / Причина перемещения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Талабнома/буйруқ / Заявка/приказ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Кўчириладиган ТМЗ / Перемещаемые ТМЦ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73"/>
        <w:gridCol w:w="1450"/>
        <w:gridCol w:w="1450"/>
        <w:gridCol w:w="1450"/>
        <w:gridCol w:w="1804"/>
        <w:gridCol w:w="1804"/>
        <w:gridCol w:w="1804"/>
        <w:gridCol w:w="2197"/>
        <w:gridCol w:w="2348"/>
      </w:tblGrid>
      <w:tr>
        <w:trPr>
          <w:tblHeader w:val="true"/>
        </w:trPr>
        <w:tc>
          <w:tcPr>
            <w:tcW w:type="dxa" w:w="77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145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Номенклатура/код</w:t>
            </w:r>
          </w:p>
        </w:tc>
        <w:tc>
          <w:tcPr>
            <w:tcW w:type="dxa" w:w="145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Партия/серия</w:t>
            </w:r>
          </w:p>
        </w:tc>
        <w:tc>
          <w:tcPr>
            <w:tcW w:type="dxa" w:w="145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Ўлчов / Ед.</w:t>
            </w:r>
          </w:p>
        </w:tc>
        <w:tc>
          <w:tcPr>
            <w:tcW w:type="dxa" w:w="180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Миқдор / Кол-во</w:t>
            </w:r>
          </w:p>
        </w:tc>
        <w:tc>
          <w:tcPr>
            <w:tcW w:type="dxa" w:w="180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Нарх / Цена</w:t>
            </w:r>
          </w:p>
        </w:tc>
        <w:tc>
          <w:tcPr>
            <w:tcW w:type="dxa" w:w="180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Сумма</w:t>
            </w:r>
          </w:p>
        </w:tc>
        <w:tc>
          <w:tcPr>
            <w:tcW w:type="dxa" w:w="219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Манба ячейка / Ячейка-источник</w:t>
            </w:r>
          </w:p>
        </w:tc>
        <w:tc>
          <w:tcPr>
            <w:tcW w:type="dxa" w:w="234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Қабул ячейка / Ячейка-получатель</w:t>
            </w:r>
          </w:p>
        </w:tc>
      </w:tr>
      <w:tr>
        <w:trPr>
          <w:cantSplit/>
        </w:trPr>
        <w:tc>
          <w:tcPr>
            <w:tcW w:type="dxa" w:w="7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9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3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Рухсат берди / Разрешил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Берди / Отпустил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Қабул қилди / Принял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021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Ички кўчириш учун талабнома-юкхат / Требование-накладная на внутреннее перемещение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