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МАТЕРИАЛЛАРНИ БЕРИШ ЮКХАТИ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НАКЛАДНАЯ НА ОТПУСК МАТЕРИАЛОВ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 / Склад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Олувчи бўлинма / Подразделение-получатель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маркази/объект / Центр затрат/объект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Иш/буюртма № / Работа/заказ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Берилган материаллар / Отпущенные материалы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6"/>
        <w:gridCol w:w="1831"/>
        <w:gridCol w:w="1831"/>
        <w:gridCol w:w="1831"/>
        <w:gridCol w:w="1831"/>
        <w:gridCol w:w="2279"/>
        <w:gridCol w:w="2279"/>
        <w:gridCol w:w="2222"/>
      </w:tblGrid>
      <w:tr>
        <w:trPr>
          <w:tblHeader w:val="true"/>
        </w:trPr>
        <w:tc>
          <w:tcPr>
            <w:tcW w:type="dxa" w:w="9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Номенклатура/код</w:t>
            </w:r>
          </w:p>
        </w:tc>
        <w:tc>
          <w:tcPr>
            <w:tcW w:type="dxa" w:w="18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Талаб / Затребовано</w:t>
            </w:r>
          </w:p>
        </w:tc>
        <w:tc>
          <w:tcPr>
            <w:tcW w:type="dxa" w:w="18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Берилди / Отпущено</w:t>
            </w:r>
          </w:p>
        </w:tc>
        <w:tc>
          <w:tcPr>
            <w:tcW w:type="dxa" w:w="22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22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22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 счёти / Счёт учёта</w:t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Рухсат берди / Разрешил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берди / Отпустил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олди / Получил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Материалларни бериш юкхати / Накладная на отпуск материалов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