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МОЛ ЕТКАЗИБ БЕРУВЧИГА ҚАЙТАРИШ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ВОЗВРАТА ПОСТАВЩИКУ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 ва СТИР / Поставщик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Дастлабки қабул ҳужжати / Исходный документ приёмки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Қайтариш сабаби / Причина возврата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Қайтариш шартлари / Условия возврата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Қайтарилаётган ТМЗ / Возвращаемые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7"/>
        <w:gridCol w:w="3305"/>
        <w:gridCol w:w="1383"/>
        <w:gridCol w:w="1383"/>
        <w:gridCol w:w="1721"/>
        <w:gridCol w:w="1721"/>
        <w:gridCol w:w="1721"/>
        <w:gridCol w:w="1721"/>
        <w:gridCol w:w="1388"/>
      </w:tblGrid>
      <w:tr>
        <w:trPr>
          <w:tblHeader w:val="true"/>
        </w:trPr>
        <w:tc>
          <w:tcPr>
            <w:tcW w:type="dxa" w:w="7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30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Номи/код / Наименование/код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Партия/серия</w:t>
            </w:r>
          </w:p>
        </w:tc>
        <w:tc>
          <w:tcPr>
            <w:tcW w:type="dxa" w:w="138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7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  <w:tc>
          <w:tcPr>
            <w:tcW w:type="dxa" w:w="138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Ҳолат / Состояние</w:t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3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8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Ҳисоб-китоб / Расчёты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Қайтариш усули ва транспорт / Способ возврата и транспорт: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Пулни қайтариш/ҳисобга олиш / Возврат денег/зачёт: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Тузатувчи ЭҲФ / Корректировочный ЭСФ: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Харидор вакили / Представитель покупателя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Омборчи / Кладовщик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Етказиб берувчи вакили / Представитель поставщика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 етказиб берувчига қайтариш далолатномаси / Акт возврата поставщику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