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ОМБОР ҲИСОБИ КАРТОЧКАСИ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КАРТОЧКА СКЛАДСКОГО УЧЁТА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Омбор ва ячейка / Склад и ячейка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Номенклатура номи ва коди / Наименование и код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Ўлчов бирлиги / Единица измерения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Партия/серия/яроқлилик / Партия/серия/срок годности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Минимал/максимал захира / Минимальный/максимальный запас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ТМЗ ҳаракати / Движение ТМЦ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737"/>
        <w:gridCol w:w="1721"/>
        <w:gridCol w:w="1383"/>
        <w:gridCol w:w="3305"/>
        <w:gridCol w:w="1383"/>
        <w:gridCol w:w="1383"/>
        <w:gridCol w:w="1721"/>
        <w:gridCol w:w="1721"/>
        <w:gridCol w:w="1726"/>
      </w:tblGrid>
      <w:tr>
        <w:trPr>
          <w:tblHeader w:val="true"/>
        </w:trPr>
        <w:tc>
          <w:tcPr>
            <w:tcW w:type="dxa" w:w="73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172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Сана / Дата</w:t>
            </w:r>
          </w:p>
        </w:tc>
        <w:tc>
          <w:tcPr>
            <w:tcW w:type="dxa" w:w="138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Ҳужжат / Документ</w:t>
            </w:r>
          </w:p>
        </w:tc>
        <w:tc>
          <w:tcPr>
            <w:tcW w:type="dxa" w:w="330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Контрагент/бўлинма / Контрагент/подразделение</w:t>
            </w:r>
          </w:p>
        </w:tc>
        <w:tc>
          <w:tcPr>
            <w:tcW w:type="dxa" w:w="138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Кирим / Приход</w:t>
            </w:r>
          </w:p>
        </w:tc>
        <w:tc>
          <w:tcPr>
            <w:tcW w:type="dxa" w:w="138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Чиқим / Расход</w:t>
            </w:r>
          </w:p>
        </w:tc>
        <w:tc>
          <w:tcPr>
            <w:tcW w:type="dxa" w:w="172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Қолдиқ / Остаток</w:t>
            </w:r>
          </w:p>
        </w:tc>
        <w:tc>
          <w:tcPr>
            <w:tcW w:type="dxa" w:w="172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Нарх / Цена</w:t>
            </w:r>
          </w:p>
        </w:tc>
        <w:tc>
          <w:tcPr>
            <w:tcW w:type="dxa" w:w="172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Сумма</w:t>
            </w:r>
          </w:p>
        </w:tc>
      </w:tr>
      <w:tr>
        <w:trPr>
          <w:cantSplit/>
        </w:trPr>
        <w:tc>
          <w:tcPr>
            <w:tcW w:type="dxa" w:w="7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3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3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3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3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3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3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3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8</w:t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3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9</w:t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3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10</w:t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3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11</w:t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3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12</w:t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3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13</w:t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3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14</w:t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3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Омборчи / Кладовщик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Текширди / Проверил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024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Омбор ҳисоби карточкаси / Карточка складского учёта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