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МОДДИЙ ЖАВОБГАР ШАХС ҲИСОБОТИ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ОТЧЁТ МАТЕРИАЛЬНО ОТВЕТСТВЕННОГО ЛИЦА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Моддий жавобгар шахс / Материально ответственное лицо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Омбор/бўлинма / Склад/подразделение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Аввалги ҳисобот № / Предыдущий отчёт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Қолдиқлар / Остатки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бошига қолдиқ / Остаток на начало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охирига қолдиқ / Остаток на конец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Ҳужжатлар ва ҳаракат / Документы и движение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5"/>
        <w:gridCol w:w="1459"/>
        <w:gridCol w:w="1172"/>
        <w:gridCol w:w="2800"/>
        <w:gridCol w:w="1459"/>
        <w:gridCol w:w="1459"/>
        <w:gridCol w:w="1174"/>
      </w:tblGrid>
      <w:tr>
        <w:trPr>
          <w:tblHeader w:val="true"/>
        </w:trPr>
        <w:tc>
          <w:tcPr>
            <w:tcW w:type="dxa" w:w="6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45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Сана / Дата</w:t>
            </w:r>
          </w:p>
        </w:tc>
        <w:tc>
          <w:tcPr>
            <w:tcW w:type="dxa" w:w="117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Ҳужжат / Документ</w:t>
            </w:r>
          </w:p>
        </w:tc>
        <w:tc>
          <w:tcPr>
            <w:tcW w:type="dxa" w:w="28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Операция / Операция</w:t>
            </w:r>
          </w:p>
        </w:tc>
        <w:tc>
          <w:tcPr>
            <w:tcW w:type="dxa" w:w="145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Кирим миқдор/сумма / Приход</w:t>
            </w:r>
          </w:p>
        </w:tc>
        <w:tc>
          <w:tcPr>
            <w:tcW w:type="dxa" w:w="145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Чиқим миқдор/сумма / Расход</w:t>
            </w:r>
          </w:p>
        </w:tc>
        <w:tc>
          <w:tcPr>
            <w:tcW w:type="dxa" w:w="11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9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10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11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12</w:t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Иловалар / Приложения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Кирим ҳужжатлари сони / Количество приходных документов: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Чиқим ҳужжатлари сони / Количество расходных документов: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Тафовутлар / Расхождения: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қабул қилди / Принял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025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Моддий жавобгар шахс ҳисоботи / Отчёт материально ответственного лица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