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КИРУВЧИ ЭҲФ ВА БОШЛАНҒИЧ ҲУЖЖАТЛАР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ВХОДЯЩИХ ЭСФ И ПЕРВИЧНЫХ ДОКУМЕНТОВ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бўлинма / Подразделение-получатель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Кирувчи ҳужжатлар / Входящие документы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8"/>
        <w:gridCol w:w="1816"/>
        <w:gridCol w:w="2655"/>
        <w:gridCol w:w="1816"/>
        <w:gridCol w:w="1459"/>
        <w:gridCol w:w="1816"/>
        <w:gridCol w:w="1816"/>
        <w:gridCol w:w="1459"/>
        <w:gridCol w:w="1465"/>
      </w:tblGrid>
      <w:tr>
        <w:trPr>
          <w:tblHeader w:val="true"/>
        </w:trPr>
        <w:tc>
          <w:tcPr>
            <w:tcW w:type="dxa" w:w="77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Қабул сана / Дата получения</w:t>
            </w:r>
          </w:p>
        </w:tc>
        <w:tc>
          <w:tcPr>
            <w:tcW w:type="dxa" w:w="26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Таъминотчи ва СТИР / Поставщик и ИНН</w:t>
            </w:r>
          </w:p>
        </w:tc>
        <w:tc>
          <w:tcPr>
            <w:tcW w:type="dxa" w:w="18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тури, №, сана / Вид, №, дата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Шартнома / Договор</w:t>
            </w:r>
          </w:p>
        </w:tc>
        <w:tc>
          <w:tcPr>
            <w:tcW w:type="dxa" w:w="18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ҚҚСсиз / Без НДС</w:t>
            </w:r>
          </w:p>
        </w:tc>
        <w:tc>
          <w:tcPr>
            <w:tcW w:type="dxa" w:w="18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/ Всего</w:t>
            </w:r>
          </w:p>
        </w:tc>
        <w:tc>
          <w:tcPr>
            <w:tcW w:type="dxa" w:w="14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 / Статус</w:t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/ Контроль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ЭҲФ шахсий кабинетда тасдиқланди / ЭСФ подтверждён в кабинете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Бухгалтерияда акс эттирилди / Отражено в учёте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Етишмаётган ҳужжатлар / Недостающие документы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Кирувчи ЭҲФ ва бошланғич ҳужжатлар реестри / Реестр входящих ЭСФ и первичных документов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