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МИЖОЗ БУЮРТМАСИ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ЗАКАЗ КЛИЕНТА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Мижоз номи ва СТИР / Клиент и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Алоқа шахси / Контактное лицо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Бажариш санаси / Срок исполнения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Буюртма таркиби / Состав заказа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38"/>
        <w:gridCol w:w="2413"/>
        <w:gridCol w:w="2413"/>
        <w:gridCol w:w="1010"/>
        <w:gridCol w:w="1257"/>
        <w:gridCol w:w="1257"/>
        <w:gridCol w:w="1260"/>
      </w:tblGrid>
      <w:tr>
        <w:trPr>
          <w:tblHeader w:val="true"/>
        </w:trPr>
        <w:tc>
          <w:tcPr>
            <w:tcW w:type="dxa" w:w="5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41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Товар/хизмат / Товар/услуга</w:t>
            </w:r>
          </w:p>
        </w:tc>
        <w:tc>
          <w:tcPr>
            <w:tcW w:type="dxa" w:w="241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Тавсиф / Характеристика</w:t>
            </w:r>
          </w:p>
        </w:tc>
        <w:tc>
          <w:tcPr>
            <w:tcW w:type="dxa" w:w="101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Ўлчов / Ед.</w:t>
            </w:r>
          </w:p>
        </w:tc>
        <w:tc>
          <w:tcPr>
            <w:tcW w:type="dxa" w:w="125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/ Кол-во</w:t>
            </w:r>
          </w:p>
        </w:tc>
        <w:tc>
          <w:tcPr>
            <w:tcW w:type="dxa" w:w="125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Нарх / Цена</w:t>
            </w:r>
          </w:p>
        </w:tc>
        <w:tc>
          <w:tcPr>
            <w:tcW w:type="dxa" w:w="126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</w:tr>
      <w:tr>
        <w:trPr>
          <w:cantSplit/>
        </w:trPr>
        <w:tc>
          <w:tcPr>
            <w:tcW w:type="dxa" w:w="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0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Етказиш ва тўлов / Доставка и оплата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Етказиш манзили ва усули / Адрес и способ доставки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шартлари / Условия оплаты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талаблар / Особые требования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Буюртма берувчи / Заказчик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Менежер / Менеджер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Тасдиқловчи / Утверждающий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001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Мижоз буюртмаси / Заказ клиента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