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ТИЖОРАТ ТАКЛИФИ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КОММЕРЧЕСКОЕ ПРЕДЛОЖЕНИЕ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ташкилот / Организация-получатель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 қилиш муддати / Срок действия предложения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Алоқа шахси / Контактное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Таклиф мазмуни / Содержание предложения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Мижоз вазифаси ва мақсади / Задача и цель клиента: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Таклиф этилаётган ечим / Предлагаемое решение: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Натижа ва топшириладиган материаллар / Результат и передаваемые материалы: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Нарх ва босқичлар / Стоимость и этапы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2"/>
        <w:gridCol w:w="1874"/>
        <w:gridCol w:w="1373"/>
        <w:gridCol w:w="1373"/>
        <w:gridCol w:w="1710"/>
        <w:gridCol w:w="1710"/>
        <w:gridCol w:w="1376"/>
      </w:tblGrid>
      <w:tr>
        <w:trPr>
          <w:tblHeader w:val="true"/>
        </w:trPr>
        <w:tc>
          <w:tcPr>
            <w:tcW w:type="dxa" w:w="7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8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Босқич/хизмат / Этап/услуга</w:t>
            </w:r>
          </w:p>
        </w:tc>
        <w:tc>
          <w:tcPr>
            <w:tcW w:type="dxa" w:w="13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Натижа / Результат</w:t>
            </w:r>
          </w:p>
        </w:tc>
        <w:tc>
          <w:tcPr>
            <w:tcW w:type="dxa" w:w="13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  <w:tc>
          <w:tcPr>
            <w:tcW w:type="dxa" w:w="17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Нарх / Цена</w:t>
            </w:r>
          </w:p>
        </w:tc>
        <w:tc>
          <w:tcPr>
            <w:tcW w:type="dxa" w:w="17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ҚҚС / НДС</w:t>
            </w:r>
          </w:p>
        </w:tc>
        <w:tc>
          <w:tcPr>
            <w:tcW w:type="dxa" w:w="13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Жами / Итого</w:t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8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Тижорат шартлари / Коммерческие условия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Тўлов тартиби / Порядок оплаты: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Ишни бошлаш шарти / Условие начала работ: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Таклифга кирмайдиган ишлар / Что не входит в предложение: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Таклифни тайёрлади / Подготовил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Ваколатли шахс / Уполномоченное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Тижорат таклифи / Коммерческое предложение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