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ОЛДИ-СОТДИ (ЕТКАЗИБ БЕРИШ) ШАРТНОМАСИ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ДОГОВОР КУПЛИ-ПРОДАЖИ (ПОСТАВКИ)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тури / Вид договора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 қилиш бошланиши ва тугаши / Начало и окончание действия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/ Стороны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1-томон: номи, СТИР, манзил / Сторона 1: наименование, ИНН, адрес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 вакили ва асоси / Представитель стороны 1 и основание полномочий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2-томон: номи, СТИР, манзил / Сторона 2: наименование, ИНН, адрес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 вакили ва асоси / Представитель стороны 2 и основание полномочий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Спецификация / Спецификация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2"/>
        <w:gridCol w:w="3638"/>
        <w:gridCol w:w="1523"/>
        <w:gridCol w:w="1523"/>
        <w:gridCol w:w="1895"/>
        <w:gridCol w:w="1895"/>
        <w:gridCol w:w="1895"/>
        <w:gridCol w:w="1899"/>
      </w:tblGrid>
      <w:tr>
        <w:trPr>
          <w:tblHeader w:val="true"/>
        </w:trPr>
        <w:tc>
          <w:tcPr>
            <w:tcW w:type="dxa" w:w="8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 / Наименование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Код/артикул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8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Шартнома шартлари / Условия договора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1. Предмет, номенклатура (хизмат ҳажми) ва сифат талаблари / Предмет, номенклатура (объём услуг) и требования к качеству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2. Нарх, ҚҚС ҳолати, умумий сумма ва ҳисоб-китоб тартиби / Цена, статус НДС, общая сумма и порядок расчётов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3. Бажариш (етказиб бериш) муддати, жойи ва қабул қилиш тартиби / Срок, место исполнения (поставки) и порядок приёмки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4. Томонларнинг ҳуқуқ ва мажбуриятлари / Права и обязанности сторон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5. Кафолатлар, камчиликларни бартараф этиш ва даъволар / Гарантии, устранение недостатков и претензии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6. Жавобгарлик, пеня ёки жарима шартлари / Ответственность, условия пени или штрафа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7. Форс-мажор ва хабардор қилиш тартиби / Форс-мажор и порядок уведомления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8. Низоларни ҳал қилиш, қўлланиладиган ҳуқуқ / Урегулирование споров и применимое право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9. Амал қилиш муддати, ўзгартириш ва бекор қилиш / Срок действия, изменение и расторжение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10. Махфийлик ва шахсий маълумотлар (зарур бўлса) / Конфиденциальность и персональные данные (при необходимости)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11. Иловалар ва шартноманинг ажралмас қисмлари / Приложения и неотъемлемые части договора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Банк реквизитлари / Банковские реквизиты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 ҳисобрақами, банк, МФО / Счёт, банк, МФО стороны 1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 ҳисобрақами, банк, МФО / Счёт, банк, МФО стороны 2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Сотувчи / Продавец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Харидор / Покупатель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Олди-сотди (етказиб бериш) шартномаси / Договор купли-продажи (поставки)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