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ТОВАР ЮКХАТИ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ТОВАРНАЯ НАКЛАДНАЯ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Жўнатувчи ва СТИР / Отправитель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 ва СТИР / Получатель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/ Склад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Шартнома/буюртма / Договор/заказ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Товарлар / Товары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2"/>
        <w:gridCol w:w="3638"/>
        <w:gridCol w:w="1523"/>
        <w:gridCol w:w="1523"/>
        <w:gridCol w:w="1895"/>
        <w:gridCol w:w="1895"/>
        <w:gridCol w:w="1895"/>
        <w:gridCol w:w="1899"/>
      </w:tblGrid>
      <w:tr>
        <w:trPr>
          <w:tblHeader w:val="true"/>
        </w:trPr>
        <w:tc>
          <w:tcPr>
            <w:tcW w:type="dxa" w:w="8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Номи, код / Наименование, код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8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миқдор / Общее количество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ҚҚСсиз сумма / Сумма без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/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бўйича жами / Всего по документу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Рухсат берди / Разрешил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Берди / Отпустил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 юкхати / Товарная накладная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