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БАЖАРИЛГАН ИШЛАР (КЎРСАТИЛГАН ХИЗМАТЛАР)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ВЫПОЛНЕННЫХ РАБОТ (ОКАЗАННЫХ УСЛУГ)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 ва СТИР / Заказчик и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Ижрочи ва СТИР / Исполнитель и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рақами ва санаси / Договор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даври / Отчётный период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Бажарилган ишлар/хизматлар / Выполненные работы/услуги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5"/>
        <w:gridCol w:w="2800"/>
        <w:gridCol w:w="1172"/>
        <w:gridCol w:w="1172"/>
        <w:gridCol w:w="1459"/>
        <w:gridCol w:w="1459"/>
        <w:gridCol w:w="1461"/>
      </w:tblGrid>
      <w:tr>
        <w:trPr>
          <w:tblHeader w:val="true"/>
        </w:trPr>
        <w:tc>
          <w:tcPr>
            <w:tcW w:type="dxa" w:w="6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8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ва натижа / Наименование и результат</w:t>
            </w:r>
          </w:p>
        </w:tc>
        <w:tc>
          <w:tcPr>
            <w:tcW w:type="dxa" w:w="11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1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Ҳажм / Объём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Нарх / Цена</w:t>
            </w:r>
          </w:p>
        </w:tc>
        <w:tc>
          <w:tcPr>
            <w:tcW w:type="dxa" w:w="145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ҚҚС / НДС</w:t>
            </w:r>
          </w:p>
        </w:tc>
        <w:tc>
          <w:tcPr>
            <w:tcW w:type="dxa" w:w="14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8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5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Қабул қилиш / Приёмка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Ишлар тўлиқ ва муддатида бажарилди / Работы выполнены полностью и в срок: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Сифат бўйича эътирозлар / Замечания по качеству: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Тузатиш муддати (агар бўлса) / Срок устранения (если есть):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Ижрочи / Исполнитель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/ Заказчик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Бажарилган ишлар (кўрсатилган хизматлар) далолатномаси / Акт выполненных работ (оказанных услуг)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