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ТОВАРНИ ҚАБУЛ ҚИЛИШ-ТОПШИРИШ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ПРИЁМА-ПЕРЕДАЧИ ТОВАРА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Топширувчи / Передающая сторона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қилувчи / Принимающая сторона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Топшириш асоси / Основание передачи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Топшириш жойи / Место передачи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Топширилаётган товар / Передаваемый товар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86"/>
        <w:gridCol w:w="3521"/>
        <w:gridCol w:w="1474"/>
        <w:gridCol w:w="1474"/>
        <w:gridCol w:w="1834"/>
        <w:gridCol w:w="1474"/>
        <w:gridCol w:w="2680"/>
        <w:gridCol w:w="1837"/>
      </w:tblGrid>
      <w:tr>
        <w:trPr>
          <w:tblHeader w:val="true"/>
        </w:trPr>
        <w:tc>
          <w:tcPr>
            <w:tcW w:type="dxa" w:w="78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5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Номи / Наименование</w:t>
            </w:r>
          </w:p>
        </w:tc>
        <w:tc>
          <w:tcPr>
            <w:tcW w:type="dxa" w:w="14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Код/серия</w:t>
            </w:r>
          </w:p>
        </w:tc>
        <w:tc>
          <w:tcPr>
            <w:tcW w:type="dxa" w:w="14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83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4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Ҳолати / Состояние</w:t>
            </w:r>
          </w:p>
        </w:tc>
        <w:tc>
          <w:tcPr>
            <w:tcW w:type="dxa" w:w="268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Комплект/ҳужжат / Комплект/документы</w:t>
            </w:r>
          </w:p>
        </w:tc>
        <w:tc>
          <w:tcPr>
            <w:tcW w:type="dxa" w:w="18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</w:tr>
      <w:tr>
        <w:trPr>
          <w:cantSplit/>
        </w:trPr>
        <w:tc>
          <w:tcPr>
            <w:tcW w:type="dxa" w:w="7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5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5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5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5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5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5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5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Томонлар хулосаси / Заключение сторон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Товарнинг сифати ва бутлиги / Качество и комплектность: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Аниқланган камчиликлар / Выявленные недостатки: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Эътироз ва бартараф этиш муддати / Претензии и срок устранения: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Топширди / Передал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Қабул қилди / Принял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аъзоси / Член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008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Товарни қабул қилиш-топшириш далолатномаси / Акт приёма-передачи товара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