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РЕАЛИЗАЦИЯ БЎЙИЧА ЭҲФ РЕЕСТРИ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РЕЕСТР ЭСФ ПО РЕАЛИЗАЦИИ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даври / Отчётный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Масъул бўлинма / Ответственное 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9350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Реестр назорат воситаси; у расмий электрон ЭҲФни алмаштирмайди / Реестр является контрольным инструментом и не заменяет официальный электронный ЭСФ.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ЭҲФ реестри / Реестр ЭСФ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94"/>
        <w:gridCol w:w="2086"/>
        <w:gridCol w:w="2879"/>
        <w:gridCol w:w="1676"/>
        <w:gridCol w:w="2086"/>
        <w:gridCol w:w="2086"/>
        <w:gridCol w:w="1676"/>
        <w:gridCol w:w="1697"/>
      </w:tblGrid>
      <w:tr>
        <w:trPr>
          <w:tblHeader w:val="true"/>
        </w:trPr>
        <w:tc>
          <w:tcPr>
            <w:tcW w:type="dxa" w:w="89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208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ЭҲФ сана/рақам / Дата/№ ЭСФ</w:t>
            </w:r>
          </w:p>
        </w:tc>
        <w:tc>
          <w:tcPr>
            <w:tcW w:type="dxa" w:w="287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Харидор ва СТИР / Покупатель и ИНН</w:t>
            </w:r>
          </w:p>
        </w:tc>
        <w:tc>
          <w:tcPr>
            <w:tcW w:type="dxa" w:w="16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Шартнома / Договор</w:t>
            </w:r>
          </w:p>
        </w:tc>
        <w:tc>
          <w:tcPr>
            <w:tcW w:type="dxa" w:w="208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ҚҚСсиз / Без НДС</w:t>
            </w:r>
          </w:p>
        </w:tc>
        <w:tc>
          <w:tcPr>
            <w:tcW w:type="dxa" w:w="208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/ НДС</w:t>
            </w:r>
          </w:p>
        </w:tc>
        <w:tc>
          <w:tcPr>
            <w:tcW w:type="dxa" w:w="16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Жами / Всего</w:t>
            </w:r>
          </w:p>
        </w:tc>
        <w:tc>
          <w:tcPr>
            <w:tcW w:type="dxa" w:w="169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Ҳолат/ID / Статус/ID</w:t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8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8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8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8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8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8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8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8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8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8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8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8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Назорат / Контроль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Шахсий кабинет билан солиштирилди / Сверено с личным кабинетом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Бухгалтерияда акс эттирилди / Отражено в учёте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Тафовутлар / Расхождения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Тузди / Составил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009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Реализация бўйича ЭҲФ реестри / Реестр ЭСФ по реализации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