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КОМИССИОНЕРНИНГ СОТУВЛАР ТЎҒРИСИДАГИ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ОТЧЁТ КОМИССИОНЕРА О ПРОДАЖАХ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Комитент ва СТИР / Комитент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Комиссионер ва СТИР / Комиссионер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/ Договор комиссии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Сотувлар / Продажи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1"/>
        <w:gridCol w:w="1893"/>
        <w:gridCol w:w="1537"/>
        <w:gridCol w:w="3635"/>
        <w:gridCol w:w="1893"/>
        <w:gridCol w:w="1893"/>
        <w:gridCol w:w="1893"/>
        <w:gridCol w:w="1525"/>
      </w:tblGrid>
      <w:tr>
        <w:trPr>
          <w:tblHeader w:val="true"/>
        </w:trPr>
        <w:tc>
          <w:tcPr>
            <w:tcW w:type="dxa" w:w="8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Сана/ҳужжат / Дата/документ</w:t>
            </w:r>
          </w:p>
        </w:tc>
        <w:tc>
          <w:tcPr>
            <w:tcW w:type="dxa" w:w="15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Харидор / Покупатель</w:t>
            </w:r>
          </w:p>
        </w:tc>
        <w:tc>
          <w:tcPr>
            <w:tcW w:type="dxa" w:w="36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Товар / Товар</w:t>
            </w:r>
          </w:p>
        </w:tc>
        <w:tc>
          <w:tcPr>
            <w:tcW w:type="dxa" w:w="18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Сотув суммаси / Сумма продажи</w:t>
            </w:r>
          </w:p>
        </w:tc>
        <w:tc>
          <w:tcPr>
            <w:tcW w:type="dxa" w:w="18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5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Қайтариш / Возврат</w:t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6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Ҳисоб-китоб / Расчёт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854"/>
        <w:gridCol w:w="1854"/>
        <w:gridCol w:w="1854"/>
        <w:gridCol w:w="2307"/>
        <w:gridCol w:w="3932"/>
        <w:gridCol w:w="3279"/>
      </w:tblGrid>
      <w:tr>
        <w:trPr>
          <w:tblHeader w:val="true"/>
        </w:trPr>
        <w:tc>
          <w:tcPr>
            <w:tcW w:type="dxa" w:w="18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Тушум / Выручка</w:t>
            </w:r>
          </w:p>
        </w:tc>
        <w:tc>
          <w:tcPr>
            <w:tcW w:type="dxa" w:w="18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Қайтариш / Возвраты</w:t>
            </w:r>
          </w:p>
        </w:tc>
        <w:tc>
          <w:tcPr>
            <w:tcW w:type="dxa" w:w="18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Комиссия %</w:t>
            </w:r>
          </w:p>
        </w:tc>
        <w:tc>
          <w:tcPr>
            <w:tcW w:type="dxa" w:w="23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Комиссия суммаси / Сумма комиссии</w:t>
            </w:r>
          </w:p>
        </w:tc>
        <w:tc>
          <w:tcPr>
            <w:tcW w:type="dxa" w:w="39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Қопланадиган харажат / Возмещаемые расходы</w:t>
            </w:r>
          </w:p>
        </w:tc>
        <w:tc>
          <w:tcPr>
            <w:tcW w:type="dxa" w:w="32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Комитентга ўтказиш / К перечислению</w:t>
            </w:r>
          </w:p>
        </w:tc>
      </w:tr>
      <w:tr>
        <w:trPr>
          <w:cantSplit/>
        </w:trPr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9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2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Иловалар / Приложения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ЭҲФ ва бошқа бирламчи ҳужжатлар рўйхати / Перечень ЭСФ и первичных документов: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Тўлов ҳужжатлари / Платёжные документы: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Комиссионер / Комиссионер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Комитент / Комитент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Комиссионернинг сотувлар тўғрисидаги ҳисоботи / Отчёт комиссионера о продажах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