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ХАРИДОР БИЛАН ҲИСОБ-КИТОБ КАРТОЧКАСИ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КАРТОЧКА РАСЧЁТОВ С ПОКУПАТЕЛЕМ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Харидор ва СТИР / Покупатель и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 / Договор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 / Период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Валюта / Валюта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6292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Ушбу ички карточка 096-сонли икки томонлама солиштирма далолатномасидан фарқ қилади / Эта внутренняя карточка отличается от двустороннего акта сверки № 096.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Харидор билан ҳисоб-китоб карточкаси / Карточка расчётов с покупателем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46"/>
        <w:gridCol w:w="1276"/>
        <w:gridCol w:w="1025"/>
        <w:gridCol w:w="2449"/>
        <w:gridCol w:w="1450"/>
        <w:gridCol w:w="2123"/>
        <w:gridCol w:w="1279"/>
      </w:tblGrid>
      <w:tr>
        <w:trPr>
          <w:tblHeader w:val="true"/>
        </w:trPr>
        <w:tc>
          <w:tcPr>
            <w:tcW w:type="dxa" w:w="54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27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Сана / Дата</w:t>
            </w:r>
          </w:p>
        </w:tc>
        <w:tc>
          <w:tcPr>
            <w:tcW w:type="dxa" w:w="10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Ҳужжат / Документ</w:t>
            </w:r>
          </w:p>
        </w:tc>
        <w:tc>
          <w:tcPr>
            <w:tcW w:type="dxa" w:w="244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Операция / Операция</w:t>
            </w:r>
          </w:p>
        </w:tc>
        <w:tc>
          <w:tcPr>
            <w:tcW w:type="dxa" w:w="145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Сотув (Дт) / Реализация (Дт)</w:t>
            </w:r>
          </w:p>
        </w:tc>
        <w:tc>
          <w:tcPr>
            <w:tcW w:type="dxa" w:w="212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Тўлов/қайтариш (Кт) / Оплата/возврат (Кт)</w:t>
            </w:r>
          </w:p>
        </w:tc>
        <w:tc>
          <w:tcPr>
            <w:tcW w:type="dxa" w:w="127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Қолдиқ / Сальдо</w:t>
            </w:r>
          </w:p>
        </w:tc>
      </w:tr>
      <w:tr>
        <w:trPr>
          <w:cantSplit/>
        </w:trPr>
        <w:tc>
          <w:tcPr>
            <w:tcW w:type="dxa" w:w="5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9</w:t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10</w:t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11</w:t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12</w:t>
            </w:r>
          </w:p>
        </w:tc>
        <w:tc>
          <w:tcPr>
            <w:tcW w:type="dxa" w:w="12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Бошланғич қолдиқ / Начальное сальдо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 айланмаси / Обороты за период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Якуний қолдиқ / Конечное сальдо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Текширди / Проверил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012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Харидор билан ҳисоб-китоб карточкаси / Карточка расчётов с покупателем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