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ҚАТЪИЙ ҲИСОБ БЛАНКАЛАРИ УЧУН МАСЪУЛ ШАХСНИ ТАЙИНЛАШ БУЙРУҒИ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ПРИКАЗ О НАЗНАЧЕНИИ ОТВЕТСТВЕННОГО ЗА БСО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Қатъий ҳисоб бланкаси тури / Вид БСО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Масъул шахс Ф.И.Ш. ва лавозими / Ответственное лицо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Моддий жавобгарлик асоси / Основание ответственности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қилиш санаси / Дата принятия обязанностей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Қатъий ҳисоб бланкаси мақоми ва шакли қонунчиликда белгиланган ҳолатлардагина қўлланади / Статус и форма БСО применяются только в случаях, установленных законодательством.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Буйруқ / Приказ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Қатъий ҳисоб бланкаларини қабул қилиш, ҳисобга олиш, сақлаш ва бериш учун масъул шахс тайинлансин / Назначить ответственное лицо: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Бланкаларнинг серия ва рақамлари бўйича алоҳида ҳисоб юритилсин / Вести учёт по сериям и номерам: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Сақлаш жойи ва кириш ҳуқуқи белгилансин / Определить место хранения и доступ: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Ҳар бир тур учун журнал ва олиш-назорат варағи юритилсин / Вести журнал и лист получения-контроля: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Инвентаризация, ҳисобот ва топшириш муддатлари белгилансин / Установить сроки инвентаризации и отчётности: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Йўқолиш/бузилишда дарҳол раҳбарга хабар берилсин / Немедленно сообщать об утрате/порче: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Топшириладиган бланкалар / Передаваемые БСО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08"/>
        <w:gridCol w:w="1515"/>
        <w:gridCol w:w="1515"/>
        <w:gridCol w:w="2908"/>
        <w:gridCol w:w="1885"/>
        <w:gridCol w:w="1517"/>
      </w:tblGrid>
      <w:tr>
        <w:trPr>
          <w:tblHeader w:val="true"/>
        </w:trPr>
        <w:tc>
          <w:tcPr>
            <w:tcW w:type="dxa" w:w="80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5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Бланк тури / Вид</w:t>
            </w:r>
          </w:p>
        </w:tc>
        <w:tc>
          <w:tcPr>
            <w:tcW w:type="dxa" w:w="15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Серия</w:t>
            </w:r>
          </w:p>
        </w:tc>
        <w:tc>
          <w:tcPr>
            <w:tcW w:type="dxa" w:w="290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Рақамлар __ дан __ гача / Номера от-до</w:t>
            </w:r>
          </w:p>
        </w:tc>
        <w:tc>
          <w:tcPr>
            <w:tcW w:type="dxa" w:w="188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151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Сақлаш жойи / Место</w:t>
            </w:r>
          </w:p>
        </w:tc>
      </w:tr>
      <w:tr>
        <w:trPr>
          <w:cantSplit/>
        </w:trPr>
        <w:tc>
          <w:tcPr>
            <w:tcW w:type="dxa" w:w="8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 / Руководитель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Масъул шахс танишди ва қабул қилди / Ответственное лицо ознакомлено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Қатъий ҳисоб бланкалари учун масъул шахсни тайинлаш буйруғи / Приказ о назначении ответственного за БСО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