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ҚАТЪИЙ ҲИСОБ БЛАНКАЛАРИНИ ҲИСОБГА ОЛИШ КИТОБИ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КНИГА УЧЁТА БСО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Бланк тури / Вид БСО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рақами / Номер журнала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Бошланиш/тугаш санаси / Дата начала/окончания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Сақлаш жойи / Место хранения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Журнал устунлари 3538-сон Низомнинг 1-иловасига мос: кирим ҳужжати, миқдор, рақамлар; бериш санаси, олувчи, миқдор, рақамлар ва имзо / Графы соответствуют приложению 1 к Положению №3538.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Қатъий ҳисоб бланкалари журнали / Журнал учёта БСО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92"/>
        <w:gridCol w:w="1614"/>
        <w:gridCol w:w="1614"/>
        <w:gridCol w:w="2490"/>
        <w:gridCol w:w="1614"/>
        <w:gridCol w:w="1310"/>
        <w:gridCol w:w="1614"/>
        <w:gridCol w:w="2490"/>
        <w:gridCol w:w="1642"/>
      </w:tblGrid>
      <w:tr>
        <w:trPr>
          <w:tblHeader w:val="true"/>
        </w:trPr>
        <w:tc>
          <w:tcPr>
            <w:tcW w:type="dxa" w:w="6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Кирим ҳужжати сана/№ / Документ прихода</w:t>
            </w:r>
          </w:p>
        </w:tc>
        <w:tc>
          <w:tcPr>
            <w:tcW w:type="dxa" w:w="1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Кирим миқдор / Приход</w:t>
            </w:r>
          </w:p>
        </w:tc>
        <w:tc>
          <w:tcPr>
            <w:tcW w:type="dxa" w:w="24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Кирим серия-рақам __-__ / Серия-номера</w:t>
            </w:r>
          </w:p>
        </w:tc>
        <w:tc>
          <w:tcPr>
            <w:tcW w:type="dxa" w:w="1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Бериш санаси / Дата выдачи</w:t>
            </w:r>
          </w:p>
        </w:tc>
        <w:tc>
          <w:tcPr>
            <w:tcW w:type="dxa" w:w="13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Кимга берилди / Кому</w:t>
            </w:r>
          </w:p>
        </w:tc>
        <w:tc>
          <w:tcPr>
            <w:tcW w:type="dxa" w:w="16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Чиқим миқдор / Расход</w:t>
            </w:r>
          </w:p>
        </w:tc>
        <w:tc>
          <w:tcPr>
            <w:tcW w:type="dxa" w:w="24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Чиқим серия-рақам __-__ / Серия-номера</w:t>
            </w:r>
          </w:p>
        </w:tc>
        <w:tc>
          <w:tcPr>
            <w:tcW w:type="dxa" w:w="164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Олганлик имзоси / Подпись</w:t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Журнал расмийлаштирилиши / Оформление журнала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Варақлар рақамланган / Листы пронумерованы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ип ўтказиб тикилган / Журнал прошнурован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Варақлар сони ва тасдиқ / Количество листов и заверение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охири қолдиғи (миқдор, серия, рақам) / Остаток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/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Раҳбар/ваколатли шахс / Руководитель/уполномоченное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Қатъий ҳисоб бланкаларини ҳисобга олиш китоби / Книга учёта БСО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