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ҚАТЪИЙ ҲИСОБ БЛАНКАЛАРИНИ ҚАБУЛ ҚИЛИШ-ТОПШИРИШ ДАЛОЛАТНОМАСИ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АКТ ПРИЁМА-ПЕРЕДАЧИ БСО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Топширувчи / Передающий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Қабул қилувчи / Получатель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Бериш асоси / 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Олиш-назорат варағи № / Лист получения-контроля №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Топширилаётган БСО / Передаваемые БСО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55"/>
        <w:gridCol w:w="1228"/>
        <w:gridCol w:w="1228"/>
        <w:gridCol w:w="2357"/>
        <w:gridCol w:w="1528"/>
        <w:gridCol w:w="1922"/>
        <w:gridCol w:w="1230"/>
      </w:tblGrid>
      <w:tr>
        <w:trPr>
          <w:tblHeader w:val="true"/>
        </w:trPr>
        <w:tc>
          <w:tcPr>
            <w:tcW w:type="dxa" w:w="65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122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Бланк тури / Вид</w:t>
            </w:r>
          </w:p>
        </w:tc>
        <w:tc>
          <w:tcPr>
            <w:tcW w:type="dxa" w:w="122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Серия</w:t>
            </w:r>
          </w:p>
        </w:tc>
        <w:tc>
          <w:tcPr>
            <w:tcW w:type="dxa" w:w="235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Рақамлар __ дан __ гача / Номера от-до</w:t>
            </w:r>
          </w:p>
        </w:tc>
        <w:tc>
          <w:tcPr>
            <w:tcW w:type="dxa" w:w="152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Миқдор / Кол-во</w:t>
            </w:r>
          </w:p>
        </w:tc>
        <w:tc>
          <w:tcPr>
            <w:tcW w:type="dxa" w:w="192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Журнал ёзуви № / Запись журнала</w:t>
            </w:r>
          </w:p>
        </w:tc>
        <w:tc>
          <w:tcPr>
            <w:tcW w:type="dxa" w:w="123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Ҳолати / Состояние</w:t>
            </w:r>
          </w:p>
        </w:tc>
      </w:tr>
      <w:tr>
        <w:trPr>
          <w:cantSplit/>
        </w:trPr>
        <w:tc>
          <w:tcPr>
            <w:tcW w:type="dxa" w:w="6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12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12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12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12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12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6</w:t>
            </w:r>
          </w:p>
        </w:tc>
        <w:tc>
          <w:tcPr>
            <w:tcW w:type="dxa" w:w="12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7</w:t>
            </w:r>
          </w:p>
        </w:tc>
        <w:tc>
          <w:tcPr>
            <w:tcW w:type="dxa" w:w="12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5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8</w:t>
            </w:r>
          </w:p>
        </w:tc>
        <w:tc>
          <w:tcPr>
            <w:tcW w:type="dxa" w:w="12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3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2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92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Назорат / Контроль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Аввал олинган бланкалар бўйича ҳисобот қабул қилинди / Отчёт по ранее выданным БСО принят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Ишлатилган серия/рақамлар / Использованные серии/номера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Фойдаланилмаган қолдиқ / Неиспользованный остаток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Бузилган/қайтарилган бланкалар / Испорченные/возвращённые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Берди / Передал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Олди / Получил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Назорат қилувчи / Контролирующее лицо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Бухгалтерия қабул қилди / Принято бухгалтерией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108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Қатъий ҳисоб бланкаларини қабул қилиш-топшириш далолатномаси / Акт приёма-передачи БСО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