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ҚАТЪИЙ ҲИСОБ БЛАНКАЛАРИНИ ҲИСОБДАН ЧИҚАРИШ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СПИСАНИЯ БСО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 буйруғи / Приказ о комиссии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Масъул шахс / Ответственное лицо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Ҳисобдан чиқариш даври / Период списания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Бланк тури / Вид БСО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Ҳисобдан чиқариладиган БСО / Списываемые БСО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55"/>
        <w:gridCol w:w="1041"/>
        <w:gridCol w:w="1998"/>
        <w:gridCol w:w="1295"/>
        <w:gridCol w:w="1735"/>
        <w:gridCol w:w="1577"/>
        <w:gridCol w:w="1947"/>
      </w:tblGrid>
      <w:tr>
        <w:trPr>
          <w:tblHeader w:val="true"/>
        </w:trPr>
        <w:tc>
          <w:tcPr>
            <w:tcW w:type="dxa" w:w="55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04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Серия</w:t>
            </w:r>
          </w:p>
        </w:tc>
        <w:tc>
          <w:tcPr>
            <w:tcW w:type="dxa" w:w="199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Рақамлар __ дан __ гача / Номера от-до</w:t>
            </w:r>
          </w:p>
        </w:tc>
        <w:tc>
          <w:tcPr>
            <w:tcW w:type="dxa" w:w="12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/ Кол-во</w:t>
            </w:r>
          </w:p>
        </w:tc>
        <w:tc>
          <w:tcPr>
            <w:tcW w:type="dxa" w:w="173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Ҳисобдан чиқариш сабаби / Причина</w:t>
            </w:r>
          </w:p>
        </w:tc>
        <w:tc>
          <w:tcPr>
            <w:tcW w:type="dxa" w:w="157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Тасдиқ ҳужжати / Подтверждение</w:t>
            </w:r>
          </w:p>
        </w:tc>
        <w:tc>
          <w:tcPr>
            <w:tcW w:type="dxa" w:w="19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Кейинги ҳаракат / Дальнейшее действие</w:t>
            </w:r>
          </w:p>
        </w:tc>
      </w:tr>
      <w:tr>
        <w:trPr>
          <w:cantSplit/>
        </w:trPr>
        <w:tc>
          <w:tcPr>
            <w:tcW w:type="dxa" w:w="5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0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0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0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0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0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0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10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10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9</w:t>
            </w:r>
          </w:p>
        </w:tc>
        <w:tc>
          <w:tcPr>
            <w:tcW w:type="dxa" w:w="10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5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10</w:t>
            </w:r>
          </w:p>
        </w:tc>
        <w:tc>
          <w:tcPr>
            <w:tcW w:type="dxa" w:w="10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9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3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7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Солиштириш / Сопоставление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Журнал бўйича берилган / Выдано по журналу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Ишлатилган / Использовано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Фойдаланилмаган қайтарилди / Возвращено неиспользованных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Бузилган / Испорчено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Ҳисобдан чиқаришга жами / Всего к списанию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хулосаси / Заключение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Рақамлар узлуксизлиги текширилди / Проверена последовательность номеров: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Йўқолган бланкалар бўйича алоҳида текширув / Отдельная проверка утраченных БСО: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Йўқ қилиш ёки бошқа ҳаракат / Уничтожение или иное действие: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Масъул шахс / Ответственное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109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Қатъий ҳисоб бланкаларини ҳисобдан чиқариш далолатномаси / Акт списания БСО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