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ҚАТЪИЙ ҲИСОБ БЛАНКАЛАРИНИ ЙЎҚ ҚИЛИШ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УНИЧТОЖЕНИЯ БСО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Йўқ қилиш комиссияси буйруғи / Приказ о комиссии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Йўқ қилиш санаси ва жойи / Дата и место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Йўқ қилиш усули / Способ уничтожения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Асос: ҳисобдан чиқариш далолатномаси / Акт списания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6292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Йўқ қилиш фақат ҳисобдан чиқариш ва рақамлар тўлиқ солиштирилгандан кейин амалга оширилади / Уничтожение проводится после списания и полной сверки серий и номеров.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Йўқ қилинган БСО / Уничтоженные БСО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06"/>
        <w:gridCol w:w="1137"/>
        <w:gridCol w:w="1137"/>
        <w:gridCol w:w="2184"/>
        <w:gridCol w:w="1415"/>
        <w:gridCol w:w="1137"/>
        <w:gridCol w:w="2532"/>
      </w:tblGrid>
      <w:tr>
        <w:trPr>
          <w:tblHeader w:val="true"/>
        </w:trPr>
        <w:tc>
          <w:tcPr>
            <w:tcW w:type="dxa" w:w="60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13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Бланк тури / Вид</w:t>
            </w:r>
          </w:p>
        </w:tc>
        <w:tc>
          <w:tcPr>
            <w:tcW w:type="dxa" w:w="113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Серия</w:t>
            </w:r>
          </w:p>
        </w:tc>
        <w:tc>
          <w:tcPr>
            <w:tcW w:type="dxa" w:w="218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Рақамлар __ дан __ гача / Номера от-до</w:t>
            </w:r>
          </w:p>
        </w:tc>
        <w:tc>
          <w:tcPr>
            <w:tcW w:type="dxa" w:w="141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Миқдор / Кол-во</w:t>
            </w:r>
          </w:p>
        </w:tc>
        <w:tc>
          <w:tcPr>
            <w:tcW w:type="dxa" w:w="113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Сабаб / Причина</w:t>
            </w:r>
          </w:p>
        </w:tc>
        <w:tc>
          <w:tcPr>
            <w:tcW w:type="dxa" w:w="253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Ҳисобдан чиқариш ҳужжати / Документ списания</w:t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8</w:t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9</w:t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10</w:t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Йўқ қилиш жараёни / Процесс уничтожения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Бланклар қайта фойдаланиб бўлмайдиган ҳолатга келтирилди / БСО приведены в состояние, исключающее повторное использование: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Йўқ қилиш усули ва натижаси / Способ и результат: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Қолдиқ/чиқиндини топшириш / Передача остатка/отходов: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Назорат якунлари / Контрольные итоги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Журналдаги миқдор билан солиштирилди / Сверено с журналом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Серия ва рақамлар тўлиқ / Серии и номера полные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Тафовутлар / Расхождения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аъзолари / Члены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Масъул шахс / Ответственное лицо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Кузатувчи (зарур бўлса) / Наблюдатель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110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Қатъий ҳисоб бланкаларини йўқ қилиш далолатномаси / Акт уничтожения БСО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