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ЕНГИЛ АВТОМОБИЛЬ ЙЎЛ ВАРАҚАСИ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ПУТЕВОЙ ЛИСТ ЛЕГКОВОГО АВТОМОБИЛЯ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Автомобиль: марка, давлат/инвентар № / Марка, гос./инв. №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Ҳайдовчи Ф.И.Ш. ва гувоҳнома / Водитель и удостоверение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Сана/смена / Дата/смена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Гараж/бўлинма / Гараж/подразделение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Рейс олди назорати / Предрейсовый контроль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Автомобиль техник соз / Технически исправен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Механик белгиси, сана/вақт / Отметка механика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Ҳайдовчи тиббий кўрикдан ўтди (татбиқ этилса) / Медосмотр (если применимо)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Диспетчер топшириғи / Задание диспетчера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Маршрут / Маршрут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844"/>
        <w:gridCol w:w="1583"/>
        <w:gridCol w:w="1583"/>
        <w:gridCol w:w="1583"/>
        <w:gridCol w:w="1759"/>
        <w:gridCol w:w="1679"/>
        <w:gridCol w:w="1679"/>
        <w:gridCol w:w="1970"/>
        <w:gridCol w:w="2400"/>
      </w:tblGrid>
      <w:tr>
        <w:trPr>
          <w:tblHeader w:val="true"/>
        </w:trPr>
        <w:tc>
          <w:tcPr>
            <w:tcW w:type="dxa" w:w="84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158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Қаердан / Откуда</w:t>
            </w:r>
          </w:p>
        </w:tc>
        <w:tc>
          <w:tcPr>
            <w:tcW w:type="dxa" w:w="158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Қаерга / Куда</w:t>
            </w:r>
          </w:p>
        </w:tc>
        <w:tc>
          <w:tcPr>
            <w:tcW w:type="dxa" w:w="158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Чиқиш вақти / Выезд</w:t>
            </w:r>
          </w:p>
        </w:tc>
        <w:tc>
          <w:tcPr>
            <w:tcW w:type="dxa" w:w="175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Қайтиш вақти / Возврат</w:t>
            </w:r>
          </w:p>
        </w:tc>
        <w:tc>
          <w:tcPr>
            <w:tcW w:type="dxa" w:w="167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Одометр боши / Начало</w:t>
            </w:r>
          </w:p>
        </w:tc>
        <w:tc>
          <w:tcPr>
            <w:tcW w:type="dxa" w:w="167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Одометр охири / Конец</w:t>
            </w:r>
          </w:p>
        </w:tc>
        <w:tc>
          <w:tcPr>
            <w:tcW w:type="dxa" w:w="197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Км</w:t>
            </w:r>
          </w:p>
        </w:tc>
        <w:tc>
          <w:tcPr>
            <w:tcW w:type="dxa" w:w="240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Йўловчи/мақсад / Пассажир/цель</w:t>
            </w:r>
          </w:p>
        </w:tc>
      </w:tr>
      <w:tr>
        <w:trPr>
          <w:cantSplit/>
        </w:trPr>
        <w:tc>
          <w:tcPr>
            <w:tcW w:type="dxa" w:w="8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Ёқилғи / Топливо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Ёқилғи тури / Вид топлива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Бошланғич қолдиқ / Остаток при выезде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Берилди / Выдано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Якуний қолдиқ / Остаток при возврате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Норма бўйича сарф / Расход по норме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Ҳақиқий сарф / Фактический расход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Оғиш / Отклонение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Диспетчер / Диспетчер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Механик / Механик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Ҳайдовчи / Водитель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Қабул қилди / Принял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 /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071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Енгил автомобиль йўл варақаси / Путевой лист легкового автомобиля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