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ЮК АВТОМОБИЛИ ЙЎЛ ВАРАҚАСИ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ПУТЕВОЙ ЛИСТ ГРУЗОВОГО АВТОМОБИЛЯ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Юк автомобили: марка, давлат/инвентар № / Грузовой автомобиль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Тиркама № / Прицеп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Ҳайдовчи ва гувоҳнома / Водитель и удостоверение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Сана/смена / Дата/смена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Ташувчи/буюртмачи / Перевозчик/заказчик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Рейс олди назорати / Предрейсовый контроль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Техник ҳолат ва механик белгиси / Техсостояние и отметка механика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Тиббий кўрик (татбиқ этилса) / Медосмотр (если применимо)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Одометр боши / Показание при выезде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Ёқилғи бошланғич қолдиғи / Остаток топлива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Юк ва маршрут / Груз и маршрут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94"/>
        <w:gridCol w:w="2257"/>
        <w:gridCol w:w="1956"/>
        <w:gridCol w:w="1880"/>
        <w:gridCol w:w="1489"/>
        <w:gridCol w:w="1489"/>
        <w:gridCol w:w="1504"/>
        <w:gridCol w:w="1853"/>
        <w:gridCol w:w="1858"/>
      </w:tblGrid>
      <w:tr>
        <w:trPr>
          <w:tblHeader w:val="true"/>
        </w:trPr>
        <w:tc>
          <w:tcPr>
            <w:tcW w:type="dxa" w:w="79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22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Жўнатувчи/манзил / Отправитель</w:t>
            </w:r>
          </w:p>
        </w:tc>
        <w:tc>
          <w:tcPr>
            <w:tcW w:type="dxa" w:w="195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Олувчи/манзил / Получатель</w:t>
            </w:r>
          </w:p>
        </w:tc>
        <w:tc>
          <w:tcPr>
            <w:tcW w:type="dxa" w:w="18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Юк/ҳужжат / Груз/документ</w:t>
            </w:r>
          </w:p>
        </w:tc>
        <w:tc>
          <w:tcPr>
            <w:tcW w:type="dxa" w:w="14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Масса/тонна / Масса</w:t>
            </w:r>
          </w:p>
        </w:tc>
        <w:tc>
          <w:tcPr>
            <w:tcW w:type="dxa" w:w="14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Рейс сони / Рейсы</w:t>
            </w:r>
          </w:p>
        </w:tc>
        <w:tc>
          <w:tcPr>
            <w:tcW w:type="dxa" w:w="15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Чиқиш/қайтиш / Время</w:t>
            </w:r>
          </w:p>
        </w:tc>
        <w:tc>
          <w:tcPr>
            <w:tcW w:type="dxa" w:w="185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Км</w:t>
            </w:r>
          </w:p>
        </w:tc>
        <w:tc>
          <w:tcPr>
            <w:tcW w:type="dxa" w:w="185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Т-км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22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5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5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Рейс якуни / Итоги рейса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Одометр охири ва жами км / Конечный одометр и пробег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Юкли/юксиз км / Гружёный/порожний пробег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Берилган ёқилғи / Выданное топливо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Норма бўйича/ҳақиқий сарф / Нормативный/фактический расход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Якуний қолдиқ ва оғиш / Остаток и отклонение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Диспетчер / Диспетчер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Механик / Механик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Ҳайдовчи / Водитель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Юкни топширди/қабул қилди / Сдал/принял груз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Юк автомобили йўл варақаси / Путевой лист грузового автомобиля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