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ЙЎЛ ВАРАҚАЛАРИНИ РЎЙХАТГА ОЛИШ ЖУРНАЛИ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ЖУРНАЛ РЕГИСТРАЦИИ ПУТЕВЫХ ЛИСТОВ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даври / Период журнала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Автопарк/бўлинма / Автопарк/подразделение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рақами / Номер журнала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Йўл варақалари / Путевые листы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14"/>
        <w:gridCol w:w="1667"/>
        <w:gridCol w:w="1339"/>
        <w:gridCol w:w="2165"/>
        <w:gridCol w:w="1339"/>
        <w:gridCol w:w="1339"/>
        <w:gridCol w:w="1667"/>
        <w:gridCol w:w="1667"/>
        <w:gridCol w:w="1691"/>
        <w:gridCol w:w="1492"/>
      </w:tblGrid>
      <w:tr>
        <w:trPr>
          <w:tblHeader w:val="true"/>
        </w:trPr>
        <w:tc>
          <w:tcPr>
            <w:tcW w:type="dxa" w:w="7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6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Берилган сана/вақт / Выдан</w:t>
            </w:r>
          </w:p>
        </w:tc>
        <w:tc>
          <w:tcPr>
            <w:tcW w:type="dxa" w:w="13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Йўл варақаси №</w:t>
            </w:r>
          </w:p>
        </w:tc>
        <w:tc>
          <w:tcPr>
            <w:tcW w:type="dxa" w:w="21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Автомобиль/давлат № / Автомобиль</w:t>
            </w:r>
          </w:p>
        </w:tc>
        <w:tc>
          <w:tcPr>
            <w:tcW w:type="dxa" w:w="13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Ҳайдовчи / Водитель</w:t>
            </w:r>
          </w:p>
        </w:tc>
        <w:tc>
          <w:tcPr>
            <w:tcW w:type="dxa" w:w="13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Топшириқ / Задание</w:t>
            </w:r>
          </w:p>
        </w:tc>
        <w:tc>
          <w:tcPr>
            <w:tcW w:type="dxa" w:w="16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Қайтарилган сана/вақт / Возвращён</w:t>
            </w:r>
          </w:p>
        </w:tc>
        <w:tc>
          <w:tcPr>
            <w:tcW w:type="dxa" w:w="16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Одометр/км</w:t>
            </w:r>
          </w:p>
        </w:tc>
        <w:tc>
          <w:tcPr>
            <w:tcW w:type="dxa" w:w="169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Ёқилғи оғиши / Отклонение</w:t>
            </w:r>
          </w:p>
        </w:tc>
        <w:tc>
          <w:tcPr>
            <w:tcW w:type="dxa" w:w="14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Қабул имзоси / Подпись</w:t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15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16</w:t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Диспетчер / Диспетчер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Йўл варақаларини рўйхатга олиш журнали / Журнал регистрации путевых листов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