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ЁММ БЕРИШ ҚАЙДНОМАСИ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ВЕДОМОСТЬ ВЫДАЧИ ГСМ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Ёқилғи тури / Вид ГСМ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Омбор/АЗС/карта / Склад/АЗС/карта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 / Период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Бериш асоси / 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ЁММ бериш / Выдача ГСМ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12"/>
        <w:gridCol w:w="1662"/>
        <w:gridCol w:w="2158"/>
        <w:gridCol w:w="1335"/>
        <w:gridCol w:w="1335"/>
        <w:gridCol w:w="1335"/>
        <w:gridCol w:w="1662"/>
        <w:gridCol w:w="1662"/>
        <w:gridCol w:w="1662"/>
        <w:gridCol w:w="1557"/>
      </w:tblGrid>
      <w:tr>
        <w:trPr>
          <w:tblHeader w:val="true"/>
        </w:trPr>
        <w:tc>
          <w:tcPr>
            <w:tcW w:type="dxa" w:w="71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№</w:t>
            </w:r>
          </w:p>
        </w:tc>
        <w:tc>
          <w:tcPr>
            <w:tcW w:type="dxa" w:w="166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Сана/вақт / Дата/время</w:t>
            </w:r>
          </w:p>
        </w:tc>
        <w:tc>
          <w:tcPr>
            <w:tcW w:type="dxa" w:w="215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Автомобиль/давлат № / Автомобиль</w:t>
            </w:r>
          </w:p>
        </w:tc>
        <w:tc>
          <w:tcPr>
            <w:tcW w:type="dxa" w:w="133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Ҳайдовчи / Водитель</w:t>
            </w:r>
          </w:p>
        </w:tc>
        <w:tc>
          <w:tcPr>
            <w:tcW w:type="dxa" w:w="133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Йўл варақаси №</w:t>
            </w:r>
          </w:p>
        </w:tc>
        <w:tc>
          <w:tcPr>
            <w:tcW w:type="dxa" w:w="133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Ўлчов / Ед.</w:t>
            </w:r>
          </w:p>
        </w:tc>
        <w:tc>
          <w:tcPr>
            <w:tcW w:type="dxa" w:w="166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Миқдор / Кол-во</w:t>
            </w:r>
          </w:p>
        </w:tc>
        <w:tc>
          <w:tcPr>
            <w:tcW w:type="dxa" w:w="166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Бирлик нархи / Цена</w:t>
            </w:r>
          </w:p>
        </w:tc>
        <w:tc>
          <w:tcPr>
            <w:tcW w:type="dxa" w:w="166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Сумма</w:t>
            </w:r>
          </w:p>
        </w:tc>
        <w:tc>
          <w:tcPr>
            <w:tcW w:type="dxa" w:w="155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Олувчи имзоси / Подпись</w:t>
            </w:r>
          </w:p>
        </w:tc>
      </w:tr>
      <w:tr>
        <w:trPr>
          <w:cantSplit/>
        </w:trPr>
        <w:tc>
          <w:tcPr>
            <w:tcW w:type="dxa" w:w="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</w:t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2</w:t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3</w:t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4</w:t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5</w:t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6</w:t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7</w:t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8</w:t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9</w:t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10</w:t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11</w:t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12</w:t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13</w:t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14</w:t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Якун / Итоги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Бошланғич қолдиқ / Остаток на начало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Кирим / Поступило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Берилди / Выдано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Якуний қолдиқ / Остаток на конец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Берди / Выдал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Моддий жавобгар шахс / Материально ответственное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075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ЁММ бериш қайдномаси / Ведомость выдачи ГСМ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