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ЁҚИЛҒИ САРФИ ҲИСОБОТИ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ОТЧЁТ О РАСХОДЕ ТОПЛИВА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Автомобиль/давлат № / Автомобиль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Ҳайдовчи / Водитель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Давр / Период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Ёқилғи тури / Вид топлива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Рейслар ва сарф / Рейсы и расход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34"/>
        <w:gridCol w:w="1713"/>
        <w:gridCol w:w="1376"/>
        <w:gridCol w:w="1713"/>
        <w:gridCol w:w="1376"/>
        <w:gridCol w:w="1376"/>
        <w:gridCol w:w="2365"/>
        <w:gridCol w:w="1669"/>
        <w:gridCol w:w="1376"/>
        <w:gridCol w:w="1382"/>
      </w:tblGrid>
      <w:tr>
        <w:trPr>
          <w:tblHeader w:val="true"/>
        </w:trPr>
        <w:tc>
          <w:tcPr>
            <w:tcW w:type="dxa" w:w="73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171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Сана / Дата</w:t>
            </w:r>
          </w:p>
        </w:tc>
        <w:tc>
          <w:tcPr>
            <w:tcW w:type="dxa" w:w="13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Йўл варақаси №</w:t>
            </w:r>
          </w:p>
        </w:tc>
        <w:tc>
          <w:tcPr>
            <w:tcW w:type="dxa" w:w="171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Босиб ўтилган км / Пробег</w:t>
            </w:r>
          </w:p>
        </w:tc>
        <w:tc>
          <w:tcPr>
            <w:tcW w:type="dxa" w:w="13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Мотосоат / Моточасы</w:t>
            </w:r>
          </w:p>
        </w:tc>
        <w:tc>
          <w:tcPr>
            <w:tcW w:type="dxa" w:w="13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Норма / Норма</w:t>
            </w:r>
          </w:p>
        </w:tc>
        <w:tc>
          <w:tcPr>
            <w:tcW w:type="dxa" w:w="236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Тузатиш коэффициенти / Коэффициент</w:t>
            </w:r>
          </w:p>
        </w:tc>
        <w:tc>
          <w:tcPr>
            <w:tcW w:type="dxa" w:w="16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Норматив сарф / По норме</w:t>
            </w:r>
          </w:p>
        </w:tc>
        <w:tc>
          <w:tcPr>
            <w:tcW w:type="dxa" w:w="137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Ҳақиқий сарф / Факт</w:t>
            </w:r>
          </w:p>
        </w:tc>
        <w:tc>
          <w:tcPr>
            <w:tcW w:type="dxa" w:w="138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Оғиш / Отклонение</w:t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3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1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36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7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8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Оғиш таҳлили / Анализ отклонения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Ортиқча/тежам сабаби / Причина перерасхода/экономии: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Техник ёки ташкилий чора / Техническая/организационная мера: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Ҳайдовчи / Водитель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Диспетчер/механик / Диспетчер/механик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076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Ёқилғи сарфи ҳисоботи / Отчёт о расходе топлива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