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ЁҚИЛҒИНИ НАЗОРАТ ЎЛЧОВИ ДАЛОЛАТНОМАСИ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АКТ КОНТРОЛЬНОГО ЗАМЕРА ТОПЛИВА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Автомобиль/ускуна / Автомобиль/оборудование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Давлат/инвентар № / Гос./инв. №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Ёқилғи тури / Вид топлива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Ўлчов санаси ва шароити / Дата и условия замера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Комиссия буйруғи / Приказ о комиссии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Ўлчов усули / Методика замера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262"/>
        <w:gridCol w:w="5886"/>
      </w:tblGrid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Маршрут/иш режими / Маршрут/режим работы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Бошланғич одометр/мотосоат / Начальный одометр/моточасы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Бакдаги бошланғич ёқилғи / Начальное топливо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Қўшимча берилди / Дозаправлено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Якуний одометр/мотосоат / Конечный одометр/моточасы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Бакдаги якуний ёқилғи / Конечное топливо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Натижалар / Результаты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742"/>
        <w:gridCol w:w="2468"/>
        <w:gridCol w:w="2468"/>
        <w:gridCol w:w="2470"/>
      </w:tblGrid>
      <w:tr>
        <w:trPr>
          <w:tblHeader w:val="true"/>
        </w:trPr>
        <w:tc>
          <w:tcPr>
            <w:tcW w:type="dxa" w:w="274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Кўрсаткич / Показатель</w:t>
            </w:r>
          </w:p>
        </w:tc>
        <w:tc>
          <w:tcPr>
            <w:tcW w:type="dxa" w:w="246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Ўлчов / Ед.</w:t>
            </w:r>
          </w:p>
        </w:tc>
        <w:tc>
          <w:tcPr>
            <w:tcW w:type="dxa" w:w="246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Қиймат / Значение</w:t>
            </w:r>
          </w:p>
        </w:tc>
        <w:tc>
          <w:tcPr>
            <w:tcW w:type="dxa" w:w="247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Изоҳ / Примечание</w:t>
            </w:r>
          </w:p>
        </w:tc>
      </w:tr>
      <w:tr>
        <w:trPr>
          <w:cantSplit/>
        </w:trPr>
        <w:tc>
          <w:tcPr>
            <w:tcW w:type="dxa" w:w="27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27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27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27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27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27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4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Комиссия хулосаси / Заключение комиссии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Ҳақиқий 100 км/мотосоатга сарф / Фактический расход: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Тавсия этилган меъёр ва амал қилиш шарти / Рекомендуемая норма и условия: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раиси / Председатель комиссии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аъзолари / Члены комиссии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Ҳайдовчи/оператор / Водитель/оператор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Тасдиқлади / Утвердил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077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Ёқилғини назорат ўлчови далолатномаси / Акт контрольного замера топлива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