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ЁММНИ ҲИСОБДАН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СПИСАНИЯ ГСМ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Автопарк/бўлинма / Автопарк/подразделение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Меъёрни тасдиқловчи ҳужжат / Документ о норме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Комиссия/масъуллар / Комиссия/ответственные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ЁММ ҳисобдан чиқариш / Списание ГСМ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13"/>
        <w:gridCol w:w="2164"/>
        <w:gridCol w:w="1338"/>
        <w:gridCol w:w="2028"/>
        <w:gridCol w:w="1338"/>
        <w:gridCol w:w="1487"/>
        <w:gridCol w:w="1338"/>
        <w:gridCol w:w="1338"/>
        <w:gridCol w:w="1665"/>
        <w:gridCol w:w="1671"/>
      </w:tblGrid>
      <w:tr>
        <w:trPr>
          <w:tblHeader w:val="true"/>
        </w:trPr>
        <w:tc>
          <w:tcPr>
            <w:tcW w:type="dxa" w:w="7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21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Автомобиль/давлат № / Автомобиль</w:t>
            </w:r>
          </w:p>
        </w:tc>
        <w:tc>
          <w:tcPr>
            <w:tcW w:type="dxa" w:w="13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Ҳайдовчи / Водитель</w:t>
            </w:r>
          </w:p>
        </w:tc>
        <w:tc>
          <w:tcPr>
            <w:tcW w:type="dxa" w:w="20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Йўл варақалари / Путевые листы</w:t>
            </w:r>
          </w:p>
        </w:tc>
        <w:tc>
          <w:tcPr>
            <w:tcW w:type="dxa" w:w="13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Пробег/мотосоат</w:t>
            </w:r>
          </w:p>
        </w:tc>
        <w:tc>
          <w:tcPr>
            <w:tcW w:type="dxa" w:w="14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Норма сарфи / По норме</w:t>
            </w:r>
          </w:p>
        </w:tc>
        <w:tc>
          <w:tcPr>
            <w:tcW w:type="dxa" w:w="13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Ҳақиқий сарф / Факт</w:t>
            </w:r>
          </w:p>
        </w:tc>
        <w:tc>
          <w:tcPr>
            <w:tcW w:type="dxa" w:w="13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Оғиш / Отклонение</w:t>
            </w:r>
          </w:p>
        </w:tc>
        <w:tc>
          <w:tcPr>
            <w:tcW w:type="dxa" w:w="16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Нарх / Цена</w:t>
            </w:r>
          </w:p>
        </w:tc>
        <w:tc>
          <w:tcPr>
            <w:tcW w:type="dxa" w:w="16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Сумма</w:t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2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0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Оғиш бўйича қарор / Решение по отклонениям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Ортиқча сарф сабаби ва тасдиғи / Причина и подтверждение перерасхода: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Ундириш/харажатга олиш/техник чора / Возмещение/списание/технические меры: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Механик/диспетчер / Механик/диспетчер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ЁММни ҳисобдан чиқариш далолатномаси / Акт списания ГСМ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